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192762B" w14:textId="4422340F" w:rsidR="007F479A" w:rsidRDefault="00000000">
      <w:pPr>
        <w:spacing w:after="40"/>
      </w:pPr>
      <w:r>
        <w:rPr>
          <w:b/>
          <w:color w:val="B7833D"/>
          <w:sz w:val="17"/>
        </w:rPr>
        <w:t>HADDINGTON CAMERA CLUB</w:t>
      </w:r>
      <w:r>
        <w:rPr>
          <w:b/>
          <w:color w:val="34383B"/>
          <w:sz w:val="31"/>
        </w:rPr>
        <w:t xml:space="preserve">   </w:t>
      </w:r>
      <w:proofErr w:type="spellStart"/>
      <w:r>
        <w:rPr>
          <w:b/>
          <w:color w:val="34383B"/>
          <w:sz w:val="31"/>
        </w:rPr>
        <w:t>Programme</w:t>
      </w:r>
      <w:proofErr w:type="spellEnd"/>
      <w:r>
        <w:rPr>
          <w:b/>
          <w:color w:val="34383B"/>
          <w:sz w:val="31"/>
        </w:rPr>
        <w:t xml:space="preserve"> 2026–27</w:t>
      </w:r>
      <w:r>
        <w:rPr>
          <w:color w:val="666666"/>
          <w:sz w:val="15"/>
        </w:rPr>
        <w:t xml:space="preserve">   </w:t>
      </w:r>
      <w:r w:rsidR="00753721">
        <w:rPr>
          <w:b/>
          <w:color w:val="34383B"/>
          <w:sz w:val="31"/>
        </w:rPr>
        <w:t>- Unless otherwise stated, meetings start 7.30pm</w:t>
      </w:r>
    </w:p>
    <w:p w14:paraId="3ACC0665" w14:textId="77777777" w:rsidR="007F479A" w:rsidRDefault="007F479A">
      <w:pPr>
        <w:pBdr>
          <w:bottom w:val="single" w:sz="10" w:space="1" w:color="B7833D"/>
        </w:pBdr>
        <w:spacing w:after="40"/>
      </w:pPr>
    </w:p>
    <w:p w14:paraId="401E2210" w14:textId="77777777" w:rsidR="007F479A" w:rsidRDefault="00000000">
      <w:pPr>
        <w:spacing w:after="40"/>
      </w:pPr>
      <w:r>
        <w:rPr>
          <w:i/>
          <w:color w:val="666666"/>
          <w:sz w:val="14"/>
        </w:rPr>
        <w:t>Programme details may change; check the club website for the latest updates. Use the Notes column for your own reminders.</w:t>
      </w:r>
    </w:p>
    <w:tbl>
      <w:tblPr>
        <w:tblW w:w="0" w:type="auto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1080"/>
        <w:gridCol w:w="3528"/>
        <w:gridCol w:w="7416"/>
        <w:gridCol w:w="2880"/>
      </w:tblGrid>
      <w:tr w:rsidR="007F479A" w14:paraId="5BD1AC7B" w14:textId="77777777">
        <w:trPr>
          <w:cantSplit/>
          <w:tblHeader/>
          <w:jc w:val="center"/>
        </w:trPr>
        <w:tc>
          <w:tcPr>
            <w:tcW w:w="1080" w:type="dxa"/>
            <w:shd w:val="clear" w:color="auto" w:fill="33383B"/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5F0DA3B1" w14:textId="77777777" w:rsidR="007F479A" w:rsidRDefault="00000000">
            <w:pPr>
              <w:spacing w:after="0"/>
            </w:pPr>
            <w:r>
              <w:rPr>
                <w:b/>
                <w:color w:val="FFFFFF"/>
                <w:sz w:val="15"/>
              </w:rPr>
              <w:t>Date</w:t>
            </w:r>
          </w:p>
        </w:tc>
        <w:tc>
          <w:tcPr>
            <w:tcW w:w="3528" w:type="dxa"/>
            <w:shd w:val="clear" w:color="auto" w:fill="33383B"/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294D9C03" w14:textId="77777777" w:rsidR="007F479A" w:rsidRDefault="00000000">
            <w:pPr>
              <w:spacing w:after="0"/>
            </w:pPr>
            <w:r>
              <w:rPr>
                <w:b/>
                <w:color w:val="FFFFFF"/>
                <w:sz w:val="15"/>
              </w:rPr>
              <w:t>Programme</w:t>
            </w:r>
          </w:p>
        </w:tc>
        <w:tc>
          <w:tcPr>
            <w:tcW w:w="7416" w:type="dxa"/>
            <w:shd w:val="clear" w:color="auto" w:fill="33383B"/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2166E959" w14:textId="77777777" w:rsidR="007F479A" w:rsidRDefault="00000000">
            <w:pPr>
              <w:spacing w:after="0"/>
            </w:pPr>
            <w:r>
              <w:rPr>
                <w:b/>
                <w:color w:val="FFFFFF"/>
                <w:sz w:val="15"/>
              </w:rPr>
              <w:t>Details</w:t>
            </w:r>
          </w:p>
        </w:tc>
        <w:tc>
          <w:tcPr>
            <w:tcW w:w="2880" w:type="dxa"/>
            <w:shd w:val="clear" w:color="auto" w:fill="33383B"/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0412AF09" w14:textId="77777777" w:rsidR="007F479A" w:rsidRDefault="00000000">
            <w:pPr>
              <w:spacing w:after="0"/>
            </w:pPr>
            <w:r>
              <w:rPr>
                <w:b/>
                <w:color w:val="FFFFFF"/>
                <w:sz w:val="15"/>
              </w:rPr>
              <w:t>Notes</w:t>
            </w:r>
          </w:p>
        </w:tc>
      </w:tr>
      <w:tr w:rsidR="007F479A" w14:paraId="559E4E40" w14:textId="77777777">
        <w:trPr>
          <w:cantSplit/>
          <w:jc w:val="center"/>
        </w:trPr>
        <w:tc>
          <w:tcPr>
            <w:tcW w:w="14256" w:type="dxa"/>
            <w:gridSpan w:val="4"/>
            <w:tcBorders>
              <w:top w:val="nil"/>
              <w:left w:val="nil"/>
              <w:bottom w:val="single" w:sz="0" w:space="0" w:color="F2E6D2"/>
              <w:right w:val="nil"/>
            </w:tcBorders>
            <w:shd w:val="clear" w:color="auto" w:fill="F2E6D2"/>
            <w:tcMar>
              <w:top w:w="20" w:type="dxa"/>
              <w:left w:w="55" w:type="dxa"/>
              <w:bottom w:w="20" w:type="dxa"/>
              <w:right w:w="55" w:type="dxa"/>
            </w:tcMar>
          </w:tcPr>
          <w:p w14:paraId="15D2DE13" w14:textId="77777777" w:rsidR="007F479A" w:rsidRDefault="00000000">
            <w:pPr>
              <w:spacing w:after="0"/>
            </w:pPr>
            <w:r>
              <w:rPr>
                <w:b/>
                <w:color w:val="B7833D"/>
                <w:sz w:val="14"/>
              </w:rPr>
              <w:t>SEPTEMBER</w:t>
            </w:r>
          </w:p>
        </w:tc>
      </w:tr>
      <w:tr w:rsidR="007F479A" w14:paraId="61570E13" w14:textId="77777777">
        <w:trPr>
          <w:cantSplit/>
          <w:jc w:val="center"/>
        </w:trPr>
        <w:tc>
          <w:tcPr>
            <w:tcW w:w="1080" w:type="dxa"/>
            <w:tcBorders>
              <w:top w:val="nil"/>
              <w:left w:val="nil"/>
              <w:bottom w:val="single" w:sz="4" w:space="0" w:color="D9D4CD"/>
              <w:right w:val="nil"/>
            </w:tcBorders>
            <w:tcMar>
              <w:top w:w="34" w:type="dxa"/>
              <w:left w:w="55" w:type="dxa"/>
              <w:bottom w:w="34" w:type="dxa"/>
              <w:right w:w="55" w:type="dxa"/>
            </w:tcMar>
            <w:vAlign w:val="center"/>
          </w:tcPr>
          <w:p w14:paraId="352CD4CD" w14:textId="77777777" w:rsidR="007F479A" w:rsidRDefault="00000000">
            <w:pPr>
              <w:keepLines/>
              <w:spacing w:after="0"/>
            </w:pPr>
            <w:r>
              <w:rPr>
                <w:b/>
                <w:color w:val="34383B"/>
                <w:sz w:val="15"/>
              </w:rPr>
              <w:t>1 Sep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D9D4CD"/>
              <w:right w:val="nil"/>
            </w:tcBorders>
            <w:tcMar>
              <w:top w:w="34" w:type="dxa"/>
              <w:left w:w="55" w:type="dxa"/>
              <w:bottom w:w="34" w:type="dxa"/>
              <w:right w:w="55" w:type="dxa"/>
            </w:tcMar>
            <w:vAlign w:val="center"/>
          </w:tcPr>
          <w:p w14:paraId="13EC975D" w14:textId="77777777" w:rsidR="007F479A" w:rsidRDefault="00000000">
            <w:pPr>
              <w:keepLines/>
              <w:spacing w:after="0"/>
            </w:pPr>
            <w:r>
              <w:rPr>
                <w:b/>
                <w:color w:val="34383B"/>
                <w:sz w:val="15"/>
              </w:rPr>
              <w:t>Welcome Meeting</w:t>
            </w:r>
          </w:p>
        </w:tc>
        <w:tc>
          <w:tcPr>
            <w:tcW w:w="7416" w:type="dxa"/>
            <w:tcBorders>
              <w:top w:val="nil"/>
              <w:left w:val="nil"/>
              <w:bottom w:val="single" w:sz="4" w:space="0" w:color="D9D4CD"/>
              <w:right w:val="nil"/>
            </w:tcBorders>
            <w:tcMar>
              <w:top w:w="34" w:type="dxa"/>
              <w:left w:w="55" w:type="dxa"/>
              <w:bottom w:w="34" w:type="dxa"/>
              <w:right w:w="55" w:type="dxa"/>
            </w:tcMar>
            <w:vAlign w:val="center"/>
          </w:tcPr>
          <w:p w14:paraId="76778AEC" w14:textId="77777777" w:rsidR="007F479A" w:rsidRDefault="00000000">
            <w:pPr>
              <w:keepLines/>
              <w:spacing w:after="0"/>
            </w:pPr>
            <w:r>
              <w:rPr>
                <w:color w:val="34383B"/>
                <w:sz w:val="15"/>
              </w:rPr>
              <w:t>Exhibition update &amp; summer locations  •  Programme layout for the year  •  5 photos / location / book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D9D4CD"/>
              <w:right w:val="nil"/>
            </w:tcBorders>
            <w:tcMar>
              <w:top w:w="34" w:type="dxa"/>
              <w:left w:w="55" w:type="dxa"/>
              <w:bottom w:w="34" w:type="dxa"/>
              <w:right w:w="55" w:type="dxa"/>
            </w:tcMar>
            <w:vAlign w:val="center"/>
          </w:tcPr>
          <w:p w14:paraId="63196C27" w14:textId="77777777" w:rsidR="007F479A" w:rsidRDefault="007F479A">
            <w:pPr>
              <w:keepLines/>
              <w:spacing w:after="0"/>
            </w:pPr>
          </w:p>
        </w:tc>
      </w:tr>
      <w:tr w:rsidR="007F479A" w14:paraId="23F3A0E4" w14:textId="77777777">
        <w:trPr>
          <w:cantSplit/>
          <w:jc w:val="center"/>
        </w:trPr>
        <w:tc>
          <w:tcPr>
            <w:tcW w:w="1080" w:type="dxa"/>
            <w:tcBorders>
              <w:top w:val="nil"/>
              <w:left w:val="nil"/>
              <w:bottom w:val="single" w:sz="4" w:space="0" w:color="D9D4CD"/>
              <w:right w:val="nil"/>
            </w:tcBorders>
            <w:tcMar>
              <w:top w:w="34" w:type="dxa"/>
              <w:left w:w="55" w:type="dxa"/>
              <w:bottom w:w="34" w:type="dxa"/>
              <w:right w:w="55" w:type="dxa"/>
            </w:tcMar>
            <w:vAlign w:val="center"/>
          </w:tcPr>
          <w:p w14:paraId="63C3DD0C" w14:textId="77777777" w:rsidR="007F479A" w:rsidRDefault="00000000">
            <w:pPr>
              <w:keepLines/>
              <w:spacing w:after="0"/>
            </w:pPr>
            <w:r>
              <w:rPr>
                <w:b/>
                <w:color w:val="34383B"/>
                <w:sz w:val="15"/>
              </w:rPr>
              <w:t>8 Sep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D9D4CD"/>
              <w:right w:val="nil"/>
            </w:tcBorders>
            <w:tcMar>
              <w:top w:w="34" w:type="dxa"/>
              <w:left w:w="55" w:type="dxa"/>
              <w:bottom w:w="34" w:type="dxa"/>
              <w:right w:w="55" w:type="dxa"/>
            </w:tcMar>
            <w:vAlign w:val="center"/>
          </w:tcPr>
          <w:p w14:paraId="6C03EFA5" w14:textId="77777777" w:rsidR="007F479A" w:rsidRDefault="00000000">
            <w:pPr>
              <w:keepLines/>
              <w:spacing w:after="0"/>
            </w:pPr>
            <w:r>
              <w:rPr>
                <w:b/>
                <w:color w:val="34383B"/>
                <w:sz w:val="15"/>
              </w:rPr>
              <w:t>TBC</w:t>
            </w:r>
          </w:p>
        </w:tc>
        <w:tc>
          <w:tcPr>
            <w:tcW w:w="7416" w:type="dxa"/>
            <w:tcBorders>
              <w:top w:val="nil"/>
              <w:left w:val="nil"/>
              <w:bottom w:val="single" w:sz="4" w:space="0" w:color="D9D4CD"/>
              <w:right w:val="nil"/>
            </w:tcBorders>
            <w:tcMar>
              <w:top w:w="34" w:type="dxa"/>
              <w:left w:w="55" w:type="dxa"/>
              <w:bottom w:w="34" w:type="dxa"/>
              <w:right w:w="55" w:type="dxa"/>
            </w:tcMar>
            <w:vAlign w:val="center"/>
          </w:tcPr>
          <w:p w14:paraId="6E0D886C" w14:textId="77777777" w:rsidR="007F479A" w:rsidRDefault="00000000">
            <w:pPr>
              <w:keepLines/>
              <w:spacing w:after="0"/>
            </w:pPr>
            <w:r>
              <w:rPr>
                <w:color w:val="34383B"/>
                <w:sz w:val="15"/>
              </w:rPr>
              <w:t>No Poldrate space available  •  Possible prerecorded SPF talk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D9D4CD"/>
              <w:right w:val="nil"/>
            </w:tcBorders>
            <w:tcMar>
              <w:top w:w="34" w:type="dxa"/>
              <w:left w:w="55" w:type="dxa"/>
              <w:bottom w:w="34" w:type="dxa"/>
              <w:right w:w="55" w:type="dxa"/>
            </w:tcMar>
            <w:vAlign w:val="center"/>
          </w:tcPr>
          <w:p w14:paraId="18377E43" w14:textId="77777777" w:rsidR="007F479A" w:rsidRDefault="007F479A">
            <w:pPr>
              <w:keepLines/>
              <w:spacing w:after="0"/>
            </w:pPr>
          </w:p>
        </w:tc>
      </w:tr>
      <w:tr w:rsidR="007F479A" w14:paraId="5EA5E131" w14:textId="77777777">
        <w:trPr>
          <w:cantSplit/>
          <w:jc w:val="center"/>
        </w:trPr>
        <w:tc>
          <w:tcPr>
            <w:tcW w:w="1080" w:type="dxa"/>
            <w:tcBorders>
              <w:top w:val="nil"/>
              <w:left w:val="nil"/>
              <w:bottom w:val="single" w:sz="4" w:space="0" w:color="D9D4CD"/>
              <w:right w:val="nil"/>
            </w:tcBorders>
            <w:tcMar>
              <w:top w:w="34" w:type="dxa"/>
              <w:left w:w="55" w:type="dxa"/>
              <w:bottom w:w="34" w:type="dxa"/>
              <w:right w:w="55" w:type="dxa"/>
            </w:tcMar>
            <w:vAlign w:val="center"/>
          </w:tcPr>
          <w:p w14:paraId="5470086B" w14:textId="77777777" w:rsidR="007F479A" w:rsidRDefault="00000000">
            <w:pPr>
              <w:keepLines/>
              <w:spacing w:after="0"/>
            </w:pPr>
            <w:r>
              <w:rPr>
                <w:b/>
                <w:color w:val="34383B"/>
                <w:sz w:val="15"/>
              </w:rPr>
              <w:t>15 Sep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D9D4CD"/>
              <w:right w:val="nil"/>
            </w:tcBorders>
            <w:tcMar>
              <w:top w:w="34" w:type="dxa"/>
              <w:left w:w="55" w:type="dxa"/>
              <w:bottom w:w="34" w:type="dxa"/>
              <w:right w:w="55" w:type="dxa"/>
            </w:tcMar>
            <w:vAlign w:val="center"/>
          </w:tcPr>
          <w:p w14:paraId="68FFD68C" w14:textId="77777777" w:rsidR="007F479A" w:rsidRDefault="00000000">
            <w:pPr>
              <w:keepLines/>
              <w:spacing w:after="0"/>
            </w:pPr>
            <w:r>
              <w:rPr>
                <w:b/>
                <w:color w:val="34383B"/>
                <w:sz w:val="15"/>
              </w:rPr>
              <w:t>Guest Speaker (Zoom)</w:t>
            </w:r>
          </w:p>
        </w:tc>
        <w:tc>
          <w:tcPr>
            <w:tcW w:w="7416" w:type="dxa"/>
            <w:tcBorders>
              <w:top w:val="nil"/>
              <w:left w:val="nil"/>
              <w:bottom w:val="single" w:sz="4" w:space="0" w:color="D9D4CD"/>
              <w:right w:val="nil"/>
            </w:tcBorders>
            <w:tcMar>
              <w:top w:w="34" w:type="dxa"/>
              <w:left w:w="55" w:type="dxa"/>
              <w:bottom w:w="34" w:type="dxa"/>
              <w:right w:w="55" w:type="dxa"/>
            </w:tcMar>
            <w:vAlign w:val="center"/>
          </w:tcPr>
          <w:p w14:paraId="39D6A55B" w14:textId="77777777" w:rsidR="007F479A" w:rsidRDefault="00000000">
            <w:pPr>
              <w:keepLines/>
              <w:spacing w:after="0"/>
            </w:pPr>
            <w:r>
              <w:rPr>
                <w:color w:val="34383B"/>
                <w:sz w:val="15"/>
              </w:rPr>
              <w:t>David Gilliver – Miniature World &amp; Little People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D9D4CD"/>
              <w:right w:val="nil"/>
            </w:tcBorders>
            <w:tcMar>
              <w:top w:w="34" w:type="dxa"/>
              <w:left w:w="55" w:type="dxa"/>
              <w:bottom w:w="34" w:type="dxa"/>
              <w:right w:w="55" w:type="dxa"/>
            </w:tcMar>
            <w:vAlign w:val="center"/>
          </w:tcPr>
          <w:p w14:paraId="7A926E7E" w14:textId="77777777" w:rsidR="007F479A" w:rsidRDefault="007F479A">
            <w:pPr>
              <w:keepLines/>
              <w:spacing w:after="0"/>
            </w:pPr>
          </w:p>
        </w:tc>
      </w:tr>
      <w:tr w:rsidR="007F479A" w14:paraId="568EA4F1" w14:textId="77777777">
        <w:trPr>
          <w:cantSplit/>
          <w:jc w:val="center"/>
        </w:trPr>
        <w:tc>
          <w:tcPr>
            <w:tcW w:w="1080" w:type="dxa"/>
            <w:tcBorders>
              <w:top w:val="nil"/>
              <w:left w:val="nil"/>
              <w:bottom w:val="single" w:sz="4" w:space="0" w:color="D9D4CD"/>
              <w:right w:val="nil"/>
            </w:tcBorders>
            <w:tcMar>
              <w:top w:w="34" w:type="dxa"/>
              <w:left w:w="55" w:type="dxa"/>
              <w:bottom w:w="34" w:type="dxa"/>
              <w:right w:w="55" w:type="dxa"/>
            </w:tcMar>
            <w:vAlign w:val="center"/>
          </w:tcPr>
          <w:p w14:paraId="1CBCF396" w14:textId="77777777" w:rsidR="007F479A" w:rsidRDefault="00000000">
            <w:pPr>
              <w:keepLines/>
              <w:spacing w:after="0"/>
            </w:pPr>
            <w:r>
              <w:rPr>
                <w:b/>
                <w:color w:val="34383B"/>
                <w:sz w:val="15"/>
              </w:rPr>
              <w:t>22 Sep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D9D4CD"/>
              <w:right w:val="nil"/>
            </w:tcBorders>
            <w:tcMar>
              <w:top w:w="34" w:type="dxa"/>
              <w:left w:w="55" w:type="dxa"/>
              <w:bottom w:w="34" w:type="dxa"/>
              <w:right w:w="55" w:type="dxa"/>
            </w:tcMar>
            <w:vAlign w:val="center"/>
          </w:tcPr>
          <w:p w14:paraId="17D992B8" w14:textId="77777777" w:rsidR="007F479A" w:rsidRDefault="00000000">
            <w:pPr>
              <w:keepLines/>
              <w:spacing w:after="0"/>
            </w:pPr>
            <w:r>
              <w:rPr>
                <w:b/>
                <w:color w:val="34383B"/>
                <w:sz w:val="15"/>
              </w:rPr>
              <w:t>Members Night</w:t>
            </w:r>
          </w:p>
        </w:tc>
        <w:tc>
          <w:tcPr>
            <w:tcW w:w="7416" w:type="dxa"/>
            <w:tcBorders>
              <w:top w:val="nil"/>
              <w:left w:val="nil"/>
              <w:bottom w:val="single" w:sz="4" w:space="0" w:color="D9D4CD"/>
              <w:right w:val="nil"/>
            </w:tcBorders>
            <w:tcMar>
              <w:top w:w="34" w:type="dxa"/>
              <w:left w:w="55" w:type="dxa"/>
              <w:bottom w:w="34" w:type="dxa"/>
              <w:right w:w="55" w:type="dxa"/>
            </w:tcMar>
            <w:vAlign w:val="center"/>
          </w:tcPr>
          <w:p w14:paraId="10DE4C6D" w14:textId="77777777" w:rsidR="007F479A" w:rsidRDefault="00000000">
            <w:pPr>
              <w:keepLines/>
              <w:spacing w:after="0"/>
            </w:pPr>
            <w:r>
              <w:rPr>
                <w:color w:val="34383B"/>
                <w:sz w:val="15"/>
              </w:rPr>
              <w:t>5 photos ×2  •  Location  •  Review of a book / photographer / app / photo  •  Talk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D9D4CD"/>
              <w:right w:val="nil"/>
            </w:tcBorders>
            <w:tcMar>
              <w:top w:w="34" w:type="dxa"/>
              <w:left w:w="55" w:type="dxa"/>
              <w:bottom w:w="34" w:type="dxa"/>
              <w:right w:w="55" w:type="dxa"/>
            </w:tcMar>
            <w:vAlign w:val="center"/>
          </w:tcPr>
          <w:p w14:paraId="3B26B230" w14:textId="77777777" w:rsidR="007F479A" w:rsidRDefault="007F479A">
            <w:pPr>
              <w:keepLines/>
              <w:spacing w:after="0"/>
            </w:pPr>
          </w:p>
        </w:tc>
      </w:tr>
      <w:tr w:rsidR="007F479A" w14:paraId="62C6F234" w14:textId="77777777">
        <w:trPr>
          <w:cantSplit/>
          <w:jc w:val="center"/>
        </w:trPr>
        <w:tc>
          <w:tcPr>
            <w:tcW w:w="1080" w:type="dxa"/>
            <w:tcBorders>
              <w:top w:val="nil"/>
              <w:left w:val="nil"/>
              <w:bottom w:val="single" w:sz="4" w:space="0" w:color="D9D4CD"/>
              <w:right w:val="nil"/>
            </w:tcBorders>
            <w:tcMar>
              <w:top w:w="34" w:type="dxa"/>
              <w:left w:w="55" w:type="dxa"/>
              <w:bottom w:w="34" w:type="dxa"/>
              <w:right w:w="55" w:type="dxa"/>
            </w:tcMar>
            <w:vAlign w:val="center"/>
          </w:tcPr>
          <w:p w14:paraId="395A92A9" w14:textId="77777777" w:rsidR="007F479A" w:rsidRDefault="00000000">
            <w:pPr>
              <w:keepLines/>
              <w:spacing w:after="0"/>
            </w:pPr>
            <w:r>
              <w:rPr>
                <w:b/>
                <w:color w:val="34383B"/>
                <w:sz w:val="15"/>
              </w:rPr>
              <w:t>29 Sep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D9D4CD"/>
              <w:right w:val="nil"/>
            </w:tcBorders>
            <w:tcMar>
              <w:top w:w="34" w:type="dxa"/>
              <w:left w:w="55" w:type="dxa"/>
              <w:bottom w:w="34" w:type="dxa"/>
              <w:right w:w="55" w:type="dxa"/>
            </w:tcMar>
            <w:vAlign w:val="center"/>
          </w:tcPr>
          <w:p w14:paraId="62B92074" w14:textId="77777777" w:rsidR="007F479A" w:rsidRDefault="00000000">
            <w:pPr>
              <w:keepLines/>
              <w:spacing w:after="0"/>
            </w:pPr>
            <w:r>
              <w:rPr>
                <w:b/>
                <w:color w:val="34383B"/>
                <w:sz w:val="15"/>
              </w:rPr>
              <w:t>Practical Night</w:t>
            </w:r>
          </w:p>
        </w:tc>
        <w:tc>
          <w:tcPr>
            <w:tcW w:w="7416" w:type="dxa"/>
            <w:tcBorders>
              <w:top w:val="nil"/>
              <w:left w:val="nil"/>
              <w:bottom w:val="single" w:sz="4" w:space="0" w:color="D9D4CD"/>
              <w:right w:val="nil"/>
            </w:tcBorders>
            <w:tcMar>
              <w:top w:w="34" w:type="dxa"/>
              <w:left w:w="55" w:type="dxa"/>
              <w:bottom w:w="34" w:type="dxa"/>
              <w:right w:w="55" w:type="dxa"/>
            </w:tcMar>
            <w:vAlign w:val="center"/>
          </w:tcPr>
          <w:p w14:paraId="731EF1C8" w14:textId="77777777" w:rsidR="007F479A" w:rsidRDefault="00000000">
            <w:pPr>
              <w:keepLines/>
              <w:spacing w:after="0"/>
            </w:pPr>
            <w:r>
              <w:rPr>
                <w:color w:val="34383B"/>
                <w:sz w:val="15"/>
              </w:rPr>
              <w:t>Mini figures &amp; mini worlds photography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D9D4CD"/>
              <w:right w:val="nil"/>
            </w:tcBorders>
            <w:tcMar>
              <w:top w:w="34" w:type="dxa"/>
              <w:left w:w="55" w:type="dxa"/>
              <w:bottom w:w="34" w:type="dxa"/>
              <w:right w:w="55" w:type="dxa"/>
            </w:tcMar>
            <w:vAlign w:val="center"/>
          </w:tcPr>
          <w:p w14:paraId="052E783A" w14:textId="77777777" w:rsidR="007F479A" w:rsidRDefault="007F479A">
            <w:pPr>
              <w:keepLines/>
              <w:spacing w:after="0"/>
            </w:pPr>
          </w:p>
        </w:tc>
      </w:tr>
      <w:tr w:rsidR="007F479A" w14:paraId="03031DE3" w14:textId="77777777">
        <w:trPr>
          <w:cantSplit/>
          <w:jc w:val="center"/>
        </w:trPr>
        <w:tc>
          <w:tcPr>
            <w:tcW w:w="14256" w:type="dxa"/>
            <w:gridSpan w:val="4"/>
            <w:tcBorders>
              <w:top w:val="nil"/>
              <w:left w:val="nil"/>
              <w:bottom w:val="single" w:sz="0" w:space="0" w:color="F2E6D2"/>
              <w:right w:val="nil"/>
            </w:tcBorders>
            <w:shd w:val="clear" w:color="auto" w:fill="F2E6D2"/>
            <w:tcMar>
              <w:top w:w="20" w:type="dxa"/>
              <w:left w:w="55" w:type="dxa"/>
              <w:bottom w:w="20" w:type="dxa"/>
              <w:right w:w="55" w:type="dxa"/>
            </w:tcMar>
          </w:tcPr>
          <w:p w14:paraId="0546AA62" w14:textId="77777777" w:rsidR="007F479A" w:rsidRDefault="00000000">
            <w:pPr>
              <w:spacing w:after="0"/>
            </w:pPr>
            <w:r>
              <w:rPr>
                <w:b/>
                <w:color w:val="B7833D"/>
                <w:sz w:val="14"/>
              </w:rPr>
              <w:t>OCTOBER</w:t>
            </w:r>
          </w:p>
        </w:tc>
      </w:tr>
      <w:tr w:rsidR="007F479A" w14:paraId="562FDDEF" w14:textId="77777777">
        <w:trPr>
          <w:cantSplit/>
          <w:jc w:val="center"/>
        </w:trPr>
        <w:tc>
          <w:tcPr>
            <w:tcW w:w="1080" w:type="dxa"/>
            <w:tcBorders>
              <w:top w:val="nil"/>
              <w:left w:val="nil"/>
              <w:bottom w:val="single" w:sz="4" w:space="0" w:color="D9D4CD"/>
              <w:right w:val="nil"/>
            </w:tcBorders>
            <w:tcMar>
              <w:top w:w="34" w:type="dxa"/>
              <w:left w:w="55" w:type="dxa"/>
              <w:bottom w:w="34" w:type="dxa"/>
              <w:right w:w="55" w:type="dxa"/>
            </w:tcMar>
            <w:vAlign w:val="center"/>
          </w:tcPr>
          <w:p w14:paraId="299E4E5B" w14:textId="77777777" w:rsidR="007F479A" w:rsidRDefault="00000000">
            <w:pPr>
              <w:keepLines/>
              <w:spacing w:after="0"/>
            </w:pPr>
            <w:r>
              <w:rPr>
                <w:b/>
                <w:color w:val="34383B"/>
                <w:sz w:val="15"/>
              </w:rPr>
              <w:t>6 Oct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D9D4CD"/>
              <w:right w:val="nil"/>
            </w:tcBorders>
            <w:tcMar>
              <w:top w:w="34" w:type="dxa"/>
              <w:left w:w="55" w:type="dxa"/>
              <w:bottom w:w="34" w:type="dxa"/>
              <w:right w:w="55" w:type="dxa"/>
            </w:tcMar>
            <w:vAlign w:val="center"/>
          </w:tcPr>
          <w:p w14:paraId="3930B814" w14:textId="77777777" w:rsidR="007F479A" w:rsidRDefault="00000000">
            <w:pPr>
              <w:keepLines/>
              <w:spacing w:after="0"/>
            </w:pPr>
            <w:r>
              <w:rPr>
                <w:b/>
                <w:color w:val="34383B"/>
                <w:sz w:val="15"/>
              </w:rPr>
              <w:t>Members Night</w:t>
            </w:r>
          </w:p>
        </w:tc>
        <w:tc>
          <w:tcPr>
            <w:tcW w:w="7416" w:type="dxa"/>
            <w:tcBorders>
              <w:top w:val="nil"/>
              <w:left w:val="nil"/>
              <w:bottom w:val="single" w:sz="4" w:space="0" w:color="D9D4CD"/>
              <w:right w:val="nil"/>
            </w:tcBorders>
            <w:tcMar>
              <w:top w:w="34" w:type="dxa"/>
              <w:left w:w="55" w:type="dxa"/>
              <w:bottom w:w="34" w:type="dxa"/>
              <w:right w:w="55" w:type="dxa"/>
            </w:tcMar>
            <w:vAlign w:val="center"/>
          </w:tcPr>
          <w:p w14:paraId="1D129888" w14:textId="77777777" w:rsidR="007F479A" w:rsidRDefault="00000000">
            <w:pPr>
              <w:keepLines/>
              <w:spacing w:after="0"/>
            </w:pPr>
            <w:r>
              <w:rPr>
                <w:color w:val="34383B"/>
                <w:sz w:val="15"/>
              </w:rPr>
              <w:t>5 photos ×2  •  Location  •  Review of a book / photographer / app / photo  •  Talk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D9D4CD"/>
              <w:right w:val="nil"/>
            </w:tcBorders>
            <w:tcMar>
              <w:top w:w="34" w:type="dxa"/>
              <w:left w:w="55" w:type="dxa"/>
              <w:bottom w:w="34" w:type="dxa"/>
              <w:right w:w="55" w:type="dxa"/>
            </w:tcMar>
            <w:vAlign w:val="center"/>
          </w:tcPr>
          <w:p w14:paraId="6D7254E6" w14:textId="77777777" w:rsidR="007F479A" w:rsidRDefault="007F479A">
            <w:pPr>
              <w:keepLines/>
              <w:spacing w:after="0"/>
            </w:pPr>
          </w:p>
        </w:tc>
      </w:tr>
      <w:tr w:rsidR="007F479A" w14:paraId="3C2B5236" w14:textId="77777777">
        <w:trPr>
          <w:cantSplit/>
          <w:jc w:val="center"/>
        </w:trPr>
        <w:tc>
          <w:tcPr>
            <w:tcW w:w="1080" w:type="dxa"/>
            <w:tcBorders>
              <w:top w:val="nil"/>
              <w:left w:val="nil"/>
              <w:bottom w:val="single" w:sz="4" w:space="0" w:color="D9D4CD"/>
              <w:right w:val="nil"/>
            </w:tcBorders>
            <w:tcMar>
              <w:top w:w="34" w:type="dxa"/>
              <w:left w:w="55" w:type="dxa"/>
              <w:bottom w:w="34" w:type="dxa"/>
              <w:right w:w="55" w:type="dxa"/>
            </w:tcMar>
            <w:vAlign w:val="center"/>
          </w:tcPr>
          <w:p w14:paraId="056206B3" w14:textId="77777777" w:rsidR="007F479A" w:rsidRDefault="00000000">
            <w:pPr>
              <w:keepLines/>
              <w:spacing w:after="0"/>
            </w:pPr>
            <w:r>
              <w:rPr>
                <w:b/>
                <w:color w:val="34383B"/>
                <w:sz w:val="15"/>
              </w:rPr>
              <w:t>13 Oct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D9D4CD"/>
              <w:right w:val="nil"/>
            </w:tcBorders>
            <w:tcMar>
              <w:top w:w="34" w:type="dxa"/>
              <w:left w:w="55" w:type="dxa"/>
              <w:bottom w:w="34" w:type="dxa"/>
              <w:right w:w="55" w:type="dxa"/>
            </w:tcMar>
            <w:vAlign w:val="center"/>
          </w:tcPr>
          <w:p w14:paraId="1CA7B195" w14:textId="77777777" w:rsidR="007F479A" w:rsidRDefault="00000000">
            <w:pPr>
              <w:keepLines/>
              <w:spacing w:after="0"/>
            </w:pPr>
            <w:r>
              <w:rPr>
                <w:b/>
                <w:color w:val="34383B"/>
                <w:sz w:val="15"/>
              </w:rPr>
              <w:t>Competition (Zoom)</w:t>
            </w:r>
          </w:p>
        </w:tc>
        <w:tc>
          <w:tcPr>
            <w:tcW w:w="7416" w:type="dxa"/>
            <w:tcBorders>
              <w:top w:val="nil"/>
              <w:left w:val="nil"/>
              <w:bottom w:val="single" w:sz="4" w:space="0" w:color="D9D4CD"/>
              <w:right w:val="nil"/>
            </w:tcBorders>
            <w:tcMar>
              <w:top w:w="34" w:type="dxa"/>
              <w:left w:w="55" w:type="dxa"/>
              <w:bottom w:w="34" w:type="dxa"/>
              <w:right w:w="55" w:type="dxa"/>
            </w:tcMar>
            <w:vAlign w:val="center"/>
          </w:tcPr>
          <w:p w14:paraId="68546F94" w14:textId="77777777" w:rsidR="007F479A" w:rsidRDefault="00000000">
            <w:pPr>
              <w:keepLines/>
              <w:spacing w:after="0"/>
            </w:pPr>
            <w:r>
              <w:rPr>
                <w:color w:val="34383B"/>
                <w:sz w:val="15"/>
              </w:rPr>
              <w:t>Season Starter – Judge David Kissman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D9D4CD"/>
              <w:right w:val="nil"/>
            </w:tcBorders>
            <w:tcMar>
              <w:top w:w="34" w:type="dxa"/>
              <w:left w:w="55" w:type="dxa"/>
              <w:bottom w:w="34" w:type="dxa"/>
              <w:right w:w="55" w:type="dxa"/>
            </w:tcMar>
            <w:vAlign w:val="center"/>
          </w:tcPr>
          <w:p w14:paraId="0A49616D" w14:textId="77777777" w:rsidR="007F479A" w:rsidRDefault="007F479A">
            <w:pPr>
              <w:keepLines/>
              <w:spacing w:after="0"/>
            </w:pPr>
          </w:p>
        </w:tc>
      </w:tr>
      <w:tr w:rsidR="007F479A" w14:paraId="1D821F71" w14:textId="77777777">
        <w:trPr>
          <w:cantSplit/>
          <w:jc w:val="center"/>
        </w:trPr>
        <w:tc>
          <w:tcPr>
            <w:tcW w:w="1080" w:type="dxa"/>
            <w:tcBorders>
              <w:top w:val="nil"/>
              <w:left w:val="nil"/>
              <w:bottom w:val="single" w:sz="4" w:space="0" w:color="D9D4CD"/>
              <w:right w:val="nil"/>
            </w:tcBorders>
            <w:tcMar>
              <w:top w:w="34" w:type="dxa"/>
              <w:left w:w="55" w:type="dxa"/>
              <w:bottom w:w="34" w:type="dxa"/>
              <w:right w:w="55" w:type="dxa"/>
            </w:tcMar>
            <w:vAlign w:val="center"/>
          </w:tcPr>
          <w:p w14:paraId="64FDC39F" w14:textId="77777777" w:rsidR="007F479A" w:rsidRDefault="00000000">
            <w:pPr>
              <w:keepLines/>
              <w:spacing w:after="0"/>
            </w:pPr>
            <w:r>
              <w:rPr>
                <w:b/>
                <w:color w:val="34383B"/>
                <w:sz w:val="15"/>
              </w:rPr>
              <w:t>20 Oct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D9D4CD"/>
              <w:right w:val="nil"/>
            </w:tcBorders>
            <w:tcMar>
              <w:top w:w="34" w:type="dxa"/>
              <w:left w:w="55" w:type="dxa"/>
              <w:bottom w:w="34" w:type="dxa"/>
              <w:right w:w="55" w:type="dxa"/>
            </w:tcMar>
            <w:vAlign w:val="center"/>
          </w:tcPr>
          <w:p w14:paraId="76469B14" w14:textId="77777777" w:rsidR="007F479A" w:rsidRDefault="00000000">
            <w:pPr>
              <w:keepLines/>
              <w:spacing w:after="0"/>
            </w:pPr>
            <w:r>
              <w:rPr>
                <w:b/>
                <w:color w:val="34383B"/>
                <w:sz w:val="15"/>
              </w:rPr>
              <w:t>Guest Speaker (Zoom)</w:t>
            </w:r>
          </w:p>
        </w:tc>
        <w:tc>
          <w:tcPr>
            <w:tcW w:w="7416" w:type="dxa"/>
            <w:tcBorders>
              <w:top w:val="nil"/>
              <w:left w:val="nil"/>
              <w:bottom w:val="single" w:sz="4" w:space="0" w:color="D9D4CD"/>
              <w:right w:val="nil"/>
            </w:tcBorders>
            <w:tcMar>
              <w:top w:w="34" w:type="dxa"/>
              <w:left w:w="55" w:type="dxa"/>
              <w:bottom w:w="34" w:type="dxa"/>
              <w:right w:w="55" w:type="dxa"/>
            </w:tcMar>
            <w:vAlign w:val="center"/>
          </w:tcPr>
          <w:p w14:paraId="0DB832D3" w14:textId="77777777" w:rsidR="007F479A" w:rsidRDefault="00000000">
            <w:pPr>
              <w:keepLines/>
              <w:spacing w:after="0"/>
            </w:pPr>
            <w:r>
              <w:rPr>
                <w:color w:val="34383B"/>
                <w:sz w:val="15"/>
              </w:rPr>
              <w:t>Zaneta Threfall – Costa Rica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D9D4CD"/>
              <w:right w:val="nil"/>
            </w:tcBorders>
            <w:tcMar>
              <w:top w:w="34" w:type="dxa"/>
              <w:left w:w="55" w:type="dxa"/>
              <w:bottom w:w="34" w:type="dxa"/>
              <w:right w:w="55" w:type="dxa"/>
            </w:tcMar>
            <w:vAlign w:val="center"/>
          </w:tcPr>
          <w:p w14:paraId="6E8272FC" w14:textId="77777777" w:rsidR="007F479A" w:rsidRDefault="007F479A">
            <w:pPr>
              <w:keepLines/>
              <w:spacing w:after="0"/>
            </w:pPr>
          </w:p>
        </w:tc>
      </w:tr>
      <w:tr w:rsidR="007F479A" w14:paraId="1CAD64A0" w14:textId="77777777">
        <w:trPr>
          <w:cantSplit/>
          <w:jc w:val="center"/>
        </w:trPr>
        <w:tc>
          <w:tcPr>
            <w:tcW w:w="1080" w:type="dxa"/>
            <w:tcBorders>
              <w:top w:val="nil"/>
              <w:left w:val="nil"/>
              <w:bottom w:val="single" w:sz="4" w:space="0" w:color="D9D4CD"/>
              <w:right w:val="nil"/>
            </w:tcBorders>
            <w:tcMar>
              <w:top w:w="34" w:type="dxa"/>
              <w:left w:w="55" w:type="dxa"/>
              <w:bottom w:w="34" w:type="dxa"/>
              <w:right w:w="55" w:type="dxa"/>
            </w:tcMar>
            <w:vAlign w:val="center"/>
          </w:tcPr>
          <w:p w14:paraId="23FCE920" w14:textId="77777777" w:rsidR="007F479A" w:rsidRDefault="00000000">
            <w:pPr>
              <w:keepLines/>
              <w:spacing w:after="0"/>
            </w:pPr>
            <w:r>
              <w:rPr>
                <w:b/>
                <w:color w:val="34383B"/>
                <w:sz w:val="15"/>
              </w:rPr>
              <w:t>27 Oct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D9D4CD"/>
              <w:right w:val="nil"/>
            </w:tcBorders>
            <w:tcMar>
              <w:top w:w="34" w:type="dxa"/>
              <w:left w:w="55" w:type="dxa"/>
              <w:bottom w:w="34" w:type="dxa"/>
              <w:right w:w="55" w:type="dxa"/>
            </w:tcMar>
            <w:vAlign w:val="center"/>
          </w:tcPr>
          <w:p w14:paraId="38883782" w14:textId="77777777" w:rsidR="007F479A" w:rsidRDefault="00000000">
            <w:pPr>
              <w:keepLines/>
              <w:spacing w:after="0"/>
            </w:pPr>
            <w:r>
              <w:rPr>
                <w:b/>
                <w:color w:val="34383B"/>
                <w:sz w:val="15"/>
              </w:rPr>
              <w:t>Members Night</w:t>
            </w:r>
          </w:p>
        </w:tc>
        <w:tc>
          <w:tcPr>
            <w:tcW w:w="7416" w:type="dxa"/>
            <w:tcBorders>
              <w:top w:val="nil"/>
              <w:left w:val="nil"/>
              <w:bottom w:val="single" w:sz="4" w:space="0" w:color="D9D4CD"/>
              <w:right w:val="nil"/>
            </w:tcBorders>
            <w:tcMar>
              <w:top w:w="34" w:type="dxa"/>
              <w:left w:w="55" w:type="dxa"/>
              <w:bottom w:w="34" w:type="dxa"/>
              <w:right w:w="55" w:type="dxa"/>
            </w:tcMar>
            <w:vAlign w:val="center"/>
          </w:tcPr>
          <w:p w14:paraId="5CC6499F" w14:textId="77777777" w:rsidR="007F479A" w:rsidRDefault="00000000">
            <w:pPr>
              <w:keepLines/>
              <w:spacing w:after="0"/>
            </w:pPr>
            <w:r>
              <w:rPr>
                <w:color w:val="34383B"/>
                <w:sz w:val="15"/>
              </w:rPr>
              <w:t>5 photos ×2  •  Location  •  Review of a B&amp;W article – Bill Patterson  •  Talk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D9D4CD"/>
              <w:right w:val="nil"/>
            </w:tcBorders>
            <w:tcMar>
              <w:top w:w="34" w:type="dxa"/>
              <w:left w:w="55" w:type="dxa"/>
              <w:bottom w:w="34" w:type="dxa"/>
              <w:right w:w="55" w:type="dxa"/>
            </w:tcMar>
            <w:vAlign w:val="center"/>
          </w:tcPr>
          <w:p w14:paraId="3E0338F8" w14:textId="77777777" w:rsidR="007F479A" w:rsidRDefault="007F479A">
            <w:pPr>
              <w:keepLines/>
              <w:spacing w:after="0"/>
            </w:pPr>
          </w:p>
        </w:tc>
      </w:tr>
      <w:tr w:rsidR="007F479A" w14:paraId="110A29D9" w14:textId="77777777">
        <w:trPr>
          <w:cantSplit/>
          <w:jc w:val="center"/>
        </w:trPr>
        <w:tc>
          <w:tcPr>
            <w:tcW w:w="14256" w:type="dxa"/>
            <w:gridSpan w:val="4"/>
            <w:tcBorders>
              <w:top w:val="nil"/>
              <w:left w:val="nil"/>
              <w:bottom w:val="single" w:sz="0" w:space="0" w:color="F2E6D2"/>
              <w:right w:val="nil"/>
            </w:tcBorders>
            <w:shd w:val="clear" w:color="auto" w:fill="F2E6D2"/>
            <w:tcMar>
              <w:top w:w="20" w:type="dxa"/>
              <w:left w:w="55" w:type="dxa"/>
              <w:bottom w:w="20" w:type="dxa"/>
              <w:right w:w="55" w:type="dxa"/>
            </w:tcMar>
          </w:tcPr>
          <w:p w14:paraId="42FA227F" w14:textId="77777777" w:rsidR="007F479A" w:rsidRDefault="00000000">
            <w:pPr>
              <w:spacing w:after="0"/>
            </w:pPr>
            <w:r>
              <w:rPr>
                <w:b/>
                <w:color w:val="B7833D"/>
                <w:sz w:val="14"/>
              </w:rPr>
              <w:t>NOVEMBER</w:t>
            </w:r>
          </w:p>
        </w:tc>
      </w:tr>
      <w:tr w:rsidR="007F479A" w14:paraId="7521D417" w14:textId="77777777">
        <w:trPr>
          <w:cantSplit/>
          <w:jc w:val="center"/>
        </w:trPr>
        <w:tc>
          <w:tcPr>
            <w:tcW w:w="1080" w:type="dxa"/>
            <w:tcBorders>
              <w:top w:val="nil"/>
              <w:left w:val="nil"/>
              <w:bottom w:val="single" w:sz="4" w:space="0" w:color="D9D4CD"/>
              <w:right w:val="nil"/>
            </w:tcBorders>
            <w:tcMar>
              <w:top w:w="34" w:type="dxa"/>
              <w:left w:w="55" w:type="dxa"/>
              <w:bottom w:w="34" w:type="dxa"/>
              <w:right w:w="55" w:type="dxa"/>
            </w:tcMar>
            <w:vAlign w:val="center"/>
          </w:tcPr>
          <w:p w14:paraId="4DF416CA" w14:textId="77777777" w:rsidR="007F479A" w:rsidRDefault="00000000">
            <w:pPr>
              <w:keepLines/>
              <w:spacing w:after="0"/>
            </w:pPr>
            <w:r>
              <w:rPr>
                <w:b/>
                <w:color w:val="34383B"/>
                <w:sz w:val="15"/>
              </w:rPr>
              <w:t>3 Nov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D9D4CD"/>
              <w:right w:val="nil"/>
            </w:tcBorders>
            <w:tcMar>
              <w:top w:w="34" w:type="dxa"/>
              <w:left w:w="55" w:type="dxa"/>
              <w:bottom w:w="34" w:type="dxa"/>
              <w:right w:w="55" w:type="dxa"/>
            </w:tcMar>
            <w:vAlign w:val="center"/>
          </w:tcPr>
          <w:p w14:paraId="281B1CA0" w14:textId="77777777" w:rsidR="007F479A" w:rsidRDefault="00000000">
            <w:pPr>
              <w:keepLines/>
              <w:spacing w:after="0"/>
            </w:pPr>
            <w:r>
              <w:rPr>
                <w:b/>
                <w:color w:val="34383B"/>
                <w:sz w:val="15"/>
              </w:rPr>
              <w:t>In Conversation with…</w:t>
            </w:r>
          </w:p>
        </w:tc>
        <w:tc>
          <w:tcPr>
            <w:tcW w:w="7416" w:type="dxa"/>
            <w:tcBorders>
              <w:top w:val="nil"/>
              <w:left w:val="nil"/>
              <w:bottom w:val="single" w:sz="4" w:space="0" w:color="D9D4CD"/>
              <w:right w:val="nil"/>
            </w:tcBorders>
            <w:tcMar>
              <w:top w:w="34" w:type="dxa"/>
              <w:left w:w="55" w:type="dxa"/>
              <w:bottom w:w="34" w:type="dxa"/>
              <w:right w:w="55" w:type="dxa"/>
            </w:tcMar>
            <w:vAlign w:val="center"/>
          </w:tcPr>
          <w:p w14:paraId="3325E66A" w14:textId="77777777" w:rsidR="007F479A" w:rsidRDefault="00000000">
            <w:pPr>
              <w:keepLines/>
              <w:spacing w:after="0"/>
            </w:pPr>
            <w:r>
              <w:rPr>
                <w:color w:val="34383B"/>
                <w:sz w:val="15"/>
              </w:rPr>
              <w:t>Host: Jon Moore  •  Mike Harvey, David Youles &amp; Lorraine Lloyd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D9D4CD"/>
              <w:right w:val="nil"/>
            </w:tcBorders>
            <w:tcMar>
              <w:top w:w="34" w:type="dxa"/>
              <w:left w:w="55" w:type="dxa"/>
              <w:bottom w:w="34" w:type="dxa"/>
              <w:right w:w="55" w:type="dxa"/>
            </w:tcMar>
            <w:vAlign w:val="center"/>
          </w:tcPr>
          <w:p w14:paraId="50054480" w14:textId="77777777" w:rsidR="007F479A" w:rsidRDefault="007F479A">
            <w:pPr>
              <w:keepLines/>
              <w:spacing w:after="0"/>
            </w:pPr>
          </w:p>
        </w:tc>
      </w:tr>
      <w:tr w:rsidR="007F479A" w14:paraId="57F65F17" w14:textId="77777777">
        <w:trPr>
          <w:cantSplit/>
          <w:jc w:val="center"/>
        </w:trPr>
        <w:tc>
          <w:tcPr>
            <w:tcW w:w="1080" w:type="dxa"/>
            <w:tcBorders>
              <w:top w:val="nil"/>
              <w:left w:val="nil"/>
              <w:bottom w:val="single" w:sz="4" w:space="0" w:color="D9D4CD"/>
              <w:right w:val="nil"/>
            </w:tcBorders>
            <w:tcMar>
              <w:top w:w="34" w:type="dxa"/>
              <w:left w:w="55" w:type="dxa"/>
              <w:bottom w:w="34" w:type="dxa"/>
              <w:right w:w="55" w:type="dxa"/>
            </w:tcMar>
            <w:vAlign w:val="center"/>
          </w:tcPr>
          <w:p w14:paraId="2DD25E48" w14:textId="77777777" w:rsidR="007F479A" w:rsidRDefault="00000000">
            <w:pPr>
              <w:keepLines/>
              <w:spacing w:after="0"/>
            </w:pPr>
            <w:r>
              <w:rPr>
                <w:b/>
                <w:color w:val="34383B"/>
                <w:sz w:val="15"/>
              </w:rPr>
              <w:t>10 Nov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D9D4CD"/>
              <w:right w:val="nil"/>
            </w:tcBorders>
            <w:tcMar>
              <w:top w:w="34" w:type="dxa"/>
              <w:left w:w="55" w:type="dxa"/>
              <w:bottom w:w="34" w:type="dxa"/>
              <w:right w:w="55" w:type="dxa"/>
            </w:tcMar>
            <w:vAlign w:val="center"/>
          </w:tcPr>
          <w:p w14:paraId="7A77C798" w14:textId="77777777" w:rsidR="007F479A" w:rsidRDefault="00000000">
            <w:pPr>
              <w:keepLines/>
              <w:spacing w:after="0"/>
            </w:pPr>
            <w:r>
              <w:rPr>
                <w:b/>
                <w:color w:val="34383B"/>
                <w:sz w:val="15"/>
              </w:rPr>
              <w:t>Nature Competition &amp; Members Night</w:t>
            </w:r>
          </w:p>
        </w:tc>
        <w:tc>
          <w:tcPr>
            <w:tcW w:w="7416" w:type="dxa"/>
            <w:tcBorders>
              <w:top w:val="nil"/>
              <w:left w:val="nil"/>
              <w:bottom w:val="single" w:sz="4" w:space="0" w:color="D9D4CD"/>
              <w:right w:val="nil"/>
            </w:tcBorders>
            <w:tcMar>
              <w:top w:w="34" w:type="dxa"/>
              <w:left w:w="55" w:type="dxa"/>
              <w:bottom w:w="34" w:type="dxa"/>
              <w:right w:w="55" w:type="dxa"/>
            </w:tcMar>
            <w:vAlign w:val="center"/>
          </w:tcPr>
          <w:p w14:paraId="60311172" w14:textId="77777777" w:rsidR="007F479A" w:rsidRDefault="00000000">
            <w:pPr>
              <w:keepLines/>
              <w:spacing w:after="0"/>
            </w:pPr>
            <w:r>
              <w:rPr>
                <w:color w:val="34383B"/>
                <w:sz w:val="15"/>
              </w:rPr>
              <w:t>Nature competition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D9D4CD"/>
              <w:right w:val="nil"/>
            </w:tcBorders>
            <w:tcMar>
              <w:top w:w="34" w:type="dxa"/>
              <w:left w:w="55" w:type="dxa"/>
              <w:bottom w:w="34" w:type="dxa"/>
              <w:right w:w="55" w:type="dxa"/>
            </w:tcMar>
            <w:vAlign w:val="center"/>
          </w:tcPr>
          <w:p w14:paraId="55772C96" w14:textId="77777777" w:rsidR="007F479A" w:rsidRDefault="007F479A">
            <w:pPr>
              <w:keepLines/>
              <w:spacing w:after="0"/>
            </w:pPr>
          </w:p>
        </w:tc>
      </w:tr>
      <w:tr w:rsidR="007F479A" w14:paraId="14DA3C45" w14:textId="77777777">
        <w:trPr>
          <w:cantSplit/>
          <w:jc w:val="center"/>
        </w:trPr>
        <w:tc>
          <w:tcPr>
            <w:tcW w:w="1080" w:type="dxa"/>
            <w:tcBorders>
              <w:top w:val="nil"/>
              <w:left w:val="nil"/>
              <w:bottom w:val="single" w:sz="4" w:space="0" w:color="D9D4CD"/>
              <w:right w:val="nil"/>
            </w:tcBorders>
            <w:tcMar>
              <w:top w:w="34" w:type="dxa"/>
              <w:left w:w="55" w:type="dxa"/>
              <w:bottom w:w="34" w:type="dxa"/>
              <w:right w:w="55" w:type="dxa"/>
            </w:tcMar>
            <w:vAlign w:val="center"/>
          </w:tcPr>
          <w:p w14:paraId="21AAE513" w14:textId="77777777" w:rsidR="007F479A" w:rsidRDefault="00000000">
            <w:pPr>
              <w:keepLines/>
              <w:spacing w:after="0"/>
            </w:pPr>
            <w:r>
              <w:rPr>
                <w:b/>
                <w:color w:val="34383B"/>
                <w:sz w:val="15"/>
              </w:rPr>
              <w:t>17 Nov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D9D4CD"/>
              <w:right w:val="nil"/>
            </w:tcBorders>
            <w:tcMar>
              <w:top w:w="34" w:type="dxa"/>
              <w:left w:w="55" w:type="dxa"/>
              <w:bottom w:w="34" w:type="dxa"/>
              <w:right w:w="55" w:type="dxa"/>
            </w:tcMar>
            <w:vAlign w:val="center"/>
          </w:tcPr>
          <w:p w14:paraId="3422DD13" w14:textId="77777777" w:rsidR="007F479A" w:rsidRDefault="00000000">
            <w:pPr>
              <w:keepLines/>
              <w:spacing w:after="0"/>
            </w:pPr>
            <w:r>
              <w:rPr>
                <w:b/>
                <w:color w:val="34383B"/>
                <w:sz w:val="15"/>
              </w:rPr>
              <w:t>Guest Speaker (Zoom)</w:t>
            </w:r>
          </w:p>
        </w:tc>
        <w:tc>
          <w:tcPr>
            <w:tcW w:w="7416" w:type="dxa"/>
            <w:tcBorders>
              <w:top w:val="nil"/>
              <w:left w:val="nil"/>
              <w:bottom w:val="single" w:sz="4" w:space="0" w:color="D9D4CD"/>
              <w:right w:val="nil"/>
            </w:tcBorders>
            <w:tcMar>
              <w:top w:w="34" w:type="dxa"/>
              <w:left w:w="55" w:type="dxa"/>
              <w:bottom w:w="34" w:type="dxa"/>
              <w:right w:w="55" w:type="dxa"/>
            </w:tcMar>
            <w:vAlign w:val="center"/>
          </w:tcPr>
          <w:p w14:paraId="3887ED35" w14:textId="77777777" w:rsidR="007F479A" w:rsidRDefault="00000000">
            <w:pPr>
              <w:keepLines/>
              <w:spacing w:after="0"/>
            </w:pPr>
            <w:r>
              <w:rPr>
                <w:color w:val="34383B"/>
                <w:sz w:val="15"/>
              </w:rPr>
              <w:t>Caroline Preece – 20 Lessons in Photography &amp; Life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D9D4CD"/>
              <w:right w:val="nil"/>
            </w:tcBorders>
            <w:tcMar>
              <w:top w:w="34" w:type="dxa"/>
              <w:left w:w="55" w:type="dxa"/>
              <w:bottom w:w="34" w:type="dxa"/>
              <w:right w:w="55" w:type="dxa"/>
            </w:tcMar>
            <w:vAlign w:val="center"/>
          </w:tcPr>
          <w:p w14:paraId="51A3D2C9" w14:textId="77777777" w:rsidR="007F479A" w:rsidRDefault="007F479A">
            <w:pPr>
              <w:keepLines/>
              <w:spacing w:after="0"/>
            </w:pPr>
          </w:p>
        </w:tc>
      </w:tr>
      <w:tr w:rsidR="007F479A" w14:paraId="5EE66AE8" w14:textId="77777777">
        <w:trPr>
          <w:cantSplit/>
          <w:jc w:val="center"/>
        </w:trPr>
        <w:tc>
          <w:tcPr>
            <w:tcW w:w="1080" w:type="dxa"/>
            <w:tcBorders>
              <w:top w:val="nil"/>
              <w:left w:val="nil"/>
              <w:bottom w:val="single" w:sz="4" w:space="0" w:color="D9D4CD"/>
              <w:right w:val="nil"/>
            </w:tcBorders>
            <w:tcMar>
              <w:top w:w="34" w:type="dxa"/>
              <w:left w:w="55" w:type="dxa"/>
              <w:bottom w:w="34" w:type="dxa"/>
              <w:right w:w="55" w:type="dxa"/>
            </w:tcMar>
            <w:vAlign w:val="center"/>
          </w:tcPr>
          <w:p w14:paraId="1346CEFA" w14:textId="77777777" w:rsidR="007F479A" w:rsidRDefault="00000000">
            <w:pPr>
              <w:keepLines/>
              <w:spacing w:after="0"/>
            </w:pPr>
            <w:r>
              <w:rPr>
                <w:b/>
                <w:color w:val="34383B"/>
                <w:sz w:val="15"/>
              </w:rPr>
              <w:t>24 Nov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D9D4CD"/>
              <w:right w:val="nil"/>
            </w:tcBorders>
            <w:tcMar>
              <w:top w:w="34" w:type="dxa"/>
              <w:left w:w="55" w:type="dxa"/>
              <w:bottom w:w="34" w:type="dxa"/>
              <w:right w:w="55" w:type="dxa"/>
            </w:tcMar>
            <w:vAlign w:val="center"/>
          </w:tcPr>
          <w:p w14:paraId="1E7F113B" w14:textId="77777777" w:rsidR="007F479A" w:rsidRDefault="00000000">
            <w:pPr>
              <w:keepLines/>
              <w:spacing w:after="0"/>
            </w:pPr>
            <w:r>
              <w:rPr>
                <w:b/>
                <w:color w:val="34383B"/>
                <w:sz w:val="15"/>
              </w:rPr>
              <w:t>Members Night</w:t>
            </w:r>
          </w:p>
        </w:tc>
        <w:tc>
          <w:tcPr>
            <w:tcW w:w="7416" w:type="dxa"/>
            <w:tcBorders>
              <w:top w:val="nil"/>
              <w:left w:val="nil"/>
              <w:bottom w:val="single" w:sz="4" w:space="0" w:color="D9D4CD"/>
              <w:right w:val="nil"/>
            </w:tcBorders>
            <w:tcMar>
              <w:top w:w="34" w:type="dxa"/>
              <w:left w:w="55" w:type="dxa"/>
              <w:bottom w:w="34" w:type="dxa"/>
              <w:right w:w="55" w:type="dxa"/>
            </w:tcMar>
            <w:vAlign w:val="center"/>
          </w:tcPr>
          <w:p w14:paraId="0BC4D80F" w14:textId="77777777" w:rsidR="007F479A" w:rsidRDefault="00000000">
            <w:pPr>
              <w:keepLines/>
              <w:spacing w:after="0"/>
            </w:pPr>
            <w:r>
              <w:rPr>
                <w:color w:val="34383B"/>
                <w:sz w:val="15"/>
              </w:rPr>
              <w:t>5 photos ×2  •  Location  •  Review of a book / photographer / app / photo  •  Talk: What lens when? – Andy Bennetts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D9D4CD"/>
              <w:right w:val="nil"/>
            </w:tcBorders>
            <w:tcMar>
              <w:top w:w="34" w:type="dxa"/>
              <w:left w:w="55" w:type="dxa"/>
              <w:bottom w:w="34" w:type="dxa"/>
              <w:right w:w="55" w:type="dxa"/>
            </w:tcMar>
            <w:vAlign w:val="center"/>
          </w:tcPr>
          <w:p w14:paraId="19A15FD7" w14:textId="77777777" w:rsidR="007F479A" w:rsidRDefault="007F479A">
            <w:pPr>
              <w:keepLines/>
              <w:spacing w:after="0"/>
            </w:pPr>
          </w:p>
        </w:tc>
      </w:tr>
      <w:tr w:rsidR="007F479A" w14:paraId="47161C38" w14:textId="77777777">
        <w:trPr>
          <w:cantSplit/>
          <w:jc w:val="center"/>
        </w:trPr>
        <w:tc>
          <w:tcPr>
            <w:tcW w:w="14256" w:type="dxa"/>
            <w:gridSpan w:val="4"/>
            <w:tcBorders>
              <w:top w:val="nil"/>
              <w:left w:val="nil"/>
              <w:bottom w:val="single" w:sz="0" w:space="0" w:color="F2E6D2"/>
              <w:right w:val="nil"/>
            </w:tcBorders>
            <w:shd w:val="clear" w:color="auto" w:fill="F2E6D2"/>
            <w:tcMar>
              <w:top w:w="20" w:type="dxa"/>
              <w:left w:w="55" w:type="dxa"/>
              <w:bottom w:w="20" w:type="dxa"/>
              <w:right w:w="55" w:type="dxa"/>
            </w:tcMar>
          </w:tcPr>
          <w:p w14:paraId="48A04223" w14:textId="77777777" w:rsidR="007F479A" w:rsidRDefault="00000000">
            <w:pPr>
              <w:spacing w:after="0"/>
            </w:pPr>
            <w:r>
              <w:rPr>
                <w:b/>
                <w:color w:val="B7833D"/>
                <w:sz w:val="14"/>
              </w:rPr>
              <w:t>DECEMBER</w:t>
            </w:r>
          </w:p>
        </w:tc>
      </w:tr>
      <w:tr w:rsidR="007F479A" w14:paraId="08772166" w14:textId="77777777">
        <w:trPr>
          <w:cantSplit/>
          <w:jc w:val="center"/>
        </w:trPr>
        <w:tc>
          <w:tcPr>
            <w:tcW w:w="1080" w:type="dxa"/>
            <w:tcBorders>
              <w:top w:val="nil"/>
              <w:left w:val="nil"/>
              <w:bottom w:val="single" w:sz="4" w:space="0" w:color="D9D4CD"/>
              <w:right w:val="nil"/>
            </w:tcBorders>
            <w:tcMar>
              <w:top w:w="34" w:type="dxa"/>
              <w:left w:w="55" w:type="dxa"/>
              <w:bottom w:w="34" w:type="dxa"/>
              <w:right w:w="55" w:type="dxa"/>
            </w:tcMar>
            <w:vAlign w:val="center"/>
          </w:tcPr>
          <w:p w14:paraId="36457293" w14:textId="77777777" w:rsidR="007F479A" w:rsidRDefault="00000000">
            <w:pPr>
              <w:keepLines/>
              <w:spacing w:after="0"/>
            </w:pPr>
            <w:r>
              <w:rPr>
                <w:b/>
                <w:color w:val="34383B"/>
                <w:sz w:val="15"/>
              </w:rPr>
              <w:t>1 Dec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D9D4CD"/>
              <w:right w:val="nil"/>
            </w:tcBorders>
            <w:tcMar>
              <w:top w:w="34" w:type="dxa"/>
              <w:left w:w="55" w:type="dxa"/>
              <w:bottom w:w="34" w:type="dxa"/>
              <w:right w:w="55" w:type="dxa"/>
            </w:tcMar>
            <w:vAlign w:val="center"/>
          </w:tcPr>
          <w:p w14:paraId="21495044" w14:textId="77777777" w:rsidR="007F479A" w:rsidRDefault="00000000">
            <w:pPr>
              <w:keepLines/>
              <w:spacing w:after="0"/>
            </w:pPr>
            <w:r>
              <w:rPr>
                <w:b/>
                <w:color w:val="34383B"/>
                <w:sz w:val="15"/>
              </w:rPr>
              <w:t>Competition Theme (Zoom)</w:t>
            </w:r>
          </w:p>
        </w:tc>
        <w:tc>
          <w:tcPr>
            <w:tcW w:w="7416" w:type="dxa"/>
            <w:tcBorders>
              <w:top w:val="nil"/>
              <w:left w:val="nil"/>
              <w:bottom w:val="single" w:sz="4" w:space="0" w:color="D9D4CD"/>
              <w:right w:val="nil"/>
            </w:tcBorders>
            <w:tcMar>
              <w:top w:w="34" w:type="dxa"/>
              <w:left w:w="55" w:type="dxa"/>
              <w:bottom w:w="34" w:type="dxa"/>
              <w:right w:w="55" w:type="dxa"/>
            </w:tcMar>
            <w:vAlign w:val="center"/>
          </w:tcPr>
          <w:p w14:paraId="1498F289" w14:textId="77777777" w:rsidR="007F479A" w:rsidRDefault="00000000">
            <w:pPr>
              <w:keepLines/>
              <w:spacing w:after="0"/>
            </w:pPr>
            <w:r>
              <w:rPr>
                <w:color w:val="34383B"/>
                <w:sz w:val="15"/>
              </w:rPr>
              <w:t>Judge: George Robertson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D9D4CD"/>
              <w:right w:val="nil"/>
            </w:tcBorders>
            <w:tcMar>
              <w:top w:w="34" w:type="dxa"/>
              <w:left w:w="55" w:type="dxa"/>
              <w:bottom w:w="34" w:type="dxa"/>
              <w:right w:w="55" w:type="dxa"/>
            </w:tcMar>
            <w:vAlign w:val="center"/>
          </w:tcPr>
          <w:p w14:paraId="4A9D1D3A" w14:textId="77777777" w:rsidR="007F479A" w:rsidRDefault="007F479A">
            <w:pPr>
              <w:keepLines/>
              <w:spacing w:after="0"/>
            </w:pPr>
          </w:p>
        </w:tc>
      </w:tr>
      <w:tr w:rsidR="007F479A" w14:paraId="3F7D8ADF" w14:textId="77777777">
        <w:trPr>
          <w:cantSplit/>
          <w:jc w:val="center"/>
        </w:trPr>
        <w:tc>
          <w:tcPr>
            <w:tcW w:w="1080" w:type="dxa"/>
            <w:tcBorders>
              <w:top w:val="nil"/>
              <w:left w:val="nil"/>
              <w:bottom w:val="single" w:sz="4" w:space="0" w:color="D9D4CD"/>
              <w:right w:val="nil"/>
            </w:tcBorders>
            <w:tcMar>
              <w:top w:w="34" w:type="dxa"/>
              <w:left w:w="55" w:type="dxa"/>
              <w:bottom w:w="34" w:type="dxa"/>
              <w:right w:w="55" w:type="dxa"/>
            </w:tcMar>
            <w:vAlign w:val="center"/>
          </w:tcPr>
          <w:p w14:paraId="5D490C09" w14:textId="77777777" w:rsidR="007F479A" w:rsidRDefault="00000000">
            <w:pPr>
              <w:keepLines/>
              <w:spacing w:after="0"/>
            </w:pPr>
            <w:r>
              <w:rPr>
                <w:b/>
                <w:color w:val="34383B"/>
                <w:sz w:val="15"/>
              </w:rPr>
              <w:t>8 Dec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D9D4CD"/>
              <w:right w:val="nil"/>
            </w:tcBorders>
            <w:tcMar>
              <w:top w:w="34" w:type="dxa"/>
              <w:left w:w="55" w:type="dxa"/>
              <w:bottom w:w="34" w:type="dxa"/>
              <w:right w:w="55" w:type="dxa"/>
            </w:tcMar>
            <w:vAlign w:val="center"/>
          </w:tcPr>
          <w:p w14:paraId="565FA822" w14:textId="77777777" w:rsidR="007F479A" w:rsidRDefault="00000000">
            <w:pPr>
              <w:keepLines/>
              <w:spacing w:after="0"/>
            </w:pPr>
            <w:r>
              <w:rPr>
                <w:b/>
                <w:color w:val="34383B"/>
                <w:sz w:val="15"/>
              </w:rPr>
              <w:t>Members Night</w:t>
            </w:r>
          </w:p>
        </w:tc>
        <w:tc>
          <w:tcPr>
            <w:tcW w:w="7416" w:type="dxa"/>
            <w:tcBorders>
              <w:top w:val="nil"/>
              <w:left w:val="nil"/>
              <w:bottom w:val="single" w:sz="4" w:space="0" w:color="D9D4CD"/>
              <w:right w:val="nil"/>
            </w:tcBorders>
            <w:tcMar>
              <w:top w:w="34" w:type="dxa"/>
              <w:left w:w="55" w:type="dxa"/>
              <w:bottom w:w="34" w:type="dxa"/>
              <w:right w:w="55" w:type="dxa"/>
            </w:tcMar>
            <w:vAlign w:val="center"/>
          </w:tcPr>
          <w:p w14:paraId="2EC20BA6" w14:textId="77777777" w:rsidR="007F479A" w:rsidRDefault="00000000">
            <w:pPr>
              <w:keepLines/>
              <w:spacing w:after="0"/>
            </w:pPr>
            <w:r>
              <w:rPr>
                <w:color w:val="34383B"/>
                <w:sz w:val="15"/>
              </w:rPr>
              <w:t>5 photos ×2  •  Location  •  Review of a book / photographer / app / photo  •  Talk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D9D4CD"/>
              <w:right w:val="nil"/>
            </w:tcBorders>
            <w:tcMar>
              <w:top w:w="34" w:type="dxa"/>
              <w:left w:w="55" w:type="dxa"/>
              <w:bottom w:w="34" w:type="dxa"/>
              <w:right w:w="55" w:type="dxa"/>
            </w:tcMar>
            <w:vAlign w:val="center"/>
          </w:tcPr>
          <w:p w14:paraId="6545BD56" w14:textId="77777777" w:rsidR="007F479A" w:rsidRDefault="007F479A">
            <w:pPr>
              <w:keepLines/>
              <w:spacing w:after="0"/>
            </w:pPr>
          </w:p>
        </w:tc>
      </w:tr>
      <w:tr w:rsidR="007F479A" w14:paraId="4ED33582" w14:textId="77777777">
        <w:trPr>
          <w:cantSplit/>
          <w:jc w:val="center"/>
        </w:trPr>
        <w:tc>
          <w:tcPr>
            <w:tcW w:w="1080" w:type="dxa"/>
            <w:tcBorders>
              <w:top w:val="nil"/>
              <w:left w:val="nil"/>
              <w:bottom w:val="single" w:sz="4" w:space="0" w:color="D9D4CD"/>
              <w:right w:val="nil"/>
            </w:tcBorders>
            <w:tcMar>
              <w:top w:w="34" w:type="dxa"/>
              <w:left w:w="55" w:type="dxa"/>
              <w:bottom w:w="34" w:type="dxa"/>
              <w:right w:w="55" w:type="dxa"/>
            </w:tcMar>
            <w:vAlign w:val="center"/>
          </w:tcPr>
          <w:p w14:paraId="4E4565CD" w14:textId="77777777" w:rsidR="007F479A" w:rsidRDefault="00000000">
            <w:pPr>
              <w:keepLines/>
              <w:spacing w:after="0"/>
            </w:pPr>
            <w:r>
              <w:rPr>
                <w:b/>
                <w:color w:val="34383B"/>
                <w:sz w:val="15"/>
              </w:rPr>
              <w:t>10 Dec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D9D4CD"/>
              <w:right w:val="nil"/>
            </w:tcBorders>
            <w:tcMar>
              <w:top w:w="34" w:type="dxa"/>
              <w:left w:w="55" w:type="dxa"/>
              <w:bottom w:w="34" w:type="dxa"/>
              <w:right w:w="55" w:type="dxa"/>
            </w:tcMar>
            <w:vAlign w:val="center"/>
          </w:tcPr>
          <w:p w14:paraId="575F4CAD" w14:textId="77777777" w:rsidR="007F479A" w:rsidRDefault="00000000">
            <w:pPr>
              <w:keepLines/>
              <w:spacing w:after="0"/>
            </w:pPr>
            <w:r>
              <w:rPr>
                <w:b/>
                <w:color w:val="34383B"/>
                <w:sz w:val="15"/>
              </w:rPr>
              <w:t>MAI with Musselburgh</w:t>
            </w:r>
          </w:p>
        </w:tc>
        <w:tc>
          <w:tcPr>
            <w:tcW w:w="7416" w:type="dxa"/>
            <w:tcBorders>
              <w:top w:val="nil"/>
              <w:left w:val="nil"/>
              <w:bottom w:val="single" w:sz="4" w:space="0" w:color="D9D4CD"/>
              <w:right w:val="nil"/>
            </w:tcBorders>
            <w:tcMar>
              <w:top w:w="34" w:type="dxa"/>
              <w:left w:w="55" w:type="dxa"/>
              <w:bottom w:w="34" w:type="dxa"/>
              <w:right w:w="55" w:type="dxa"/>
            </w:tcMar>
            <w:vAlign w:val="center"/>
          </w:tcPr>
          <w:p w14:paraId="7E0D7591" w14:textId="77777777" w:rsidR="007F479A" w:rsidRDefault="007F479A">
            <w:pPr>
              <w:keepLines/>
              <w:spacing w:after="0"/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D9D4CD"/>
              <w:right w:val="nil"/>
            </w:tcBorders>
            <w:tcMar>
              <w:top w:w="34" w:type="dxa"/>
              <w:left w:w="55" w:type="dxa"/>
              <w:bottom w:w="34" w:type="dxa"/>
              <w:right w:w="55" w:type="dxa"/>
            </w:tcMar>
            <w:vAlign w:val="center"/>
          </w:tcPr>
          <w:p w14:paraId="65642B04" w14:textId="77777777" w:rsidR="007F479A" w:rsidRDefault="007F479A">
            <w:pPr>
              <w:keepLines/>
              <w:spacing w:after="0"/>
            </w:pPr>
          </w:p>
        </w:tc>
      </w:tr>
      <w:tr w:rsidR="007F479A" w14:paraId="3DEBCE8A" w14:textId="77777777">
        <w:trPr>
          <w:cantSplit/>
          <w:jc w:val="center"/>
        </w:trPr>
        <w:tc>
          <w:tcPr>
            <w:tcW w:w="1080" w:type="dxa"/>
            <w:tcBorders>
              <w:top w:val="nil"/>
              <w:left w:val="nil"/>
              <w:bottom w:val="single" w:sz="4" w:space="0" w:color="D9D4CD"/>
              <w:right w:val="nil"/>
            </w:tcBorders>
            <w:tcMar>
              <w:top w:w="34" w:type="dxa"/>
              <w:left w:w="55" w:type="dxa"/>
              <w:bottom w:w="34" w:type="dxa"/>
              <w:right w:w="55" w:type="dxa"/>
            </w:tcMar>
            <w:vAlign w:val="center"/>
          </w:tcPr>
          <w:p w14:paraId="17B89C23" w14:textId="77777777" w:rsidR="007F479A" w:rsidRDefault="00000000">
            <w:pPr>
              <w:keepLines/>
              <w:spacing w:after="0"/>
            </w:pPr>
            <w:r>
              <w:rPr>
                <w:b/>
                <w:color w:val="34383B"/>
                <w:sz w:val="15"/>
              </w:rPr>
              <w:t>15 Dec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D9D4CD"/>
              <w:right w:val="nil"/>
            </w:tcBorders>
            <w:tcMar>
              <w:top w:w="34" w:type="dxa"/>
              <w:left w:w="55" w:type="dxa"/>
              <w:bottom w:w="34" w:type="dxa"/>
              <w:right w:w="55" w:type="dxa"/>
            </w:tcMar>
            <w:vAlign w:val="center"/>
          </w:tcPr>
          <w:p w14:paraId="204AB160" w14:textId="77777777" w:rsidR="007F479A" w:rsidRDefault="00000000">
            <w:pPr>
              <w:keepLines/>
              <w:spacing w:after="0"/>
            </w:pPr>
            <w:r>
              <w:rPr>
                <w:b/>
                <w:color w:val="34383B"/>
                <w:sz w:val="15"/>
              </w:rPr>
              <w:t>Christmas Quiz</w:t>
            </w:r>
          </w:p>
        </w:tc>
        <w:tc>
          <w:tcPr>
            <w:tcW w:w="7416" w:type="dxa"/>
            <w:tcBorders>
              <w:top w:val="nil"/>
              <w:left w:val="nil"/>
              <w:bottom w:val="single" w:sz="4" w:space="0" w:color="D9D4CD"/>
              <w:right w:val="nil"/>
            </w:tcBorders>
            <w:tcMar>
              <w:top w:w="34" w:type="dxa"/>
              <w:left w:w="55" w:type="dxa"/>
              <w:bottom w:w="34" w:type="dxa"/>
              <w:right w:w="55" w:type="dxa"/>
            </w:tcMar>
            <w:vAlign w:val="center"/>
          </w:tcPr>
          <w:p w14:paraId="6C836E5D" w14:textId="77777777" w:rsidR="007F479A" w:rsidRDefault="00000000">
            <w:pPr>
              <w:keepLines/>
              <w:spacing w:after="0"/>
            </w:pPr>
            <w:r>
              <w:rPr>
                <w:color w:val="34383B"/>
                <w:sz w:val="15"/>
              </w:rPr>
              <w:t>Andy Bennetts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D9D4CD"/>
              <w:right w:val="nil"/>
            </w:tcBorders>
            <w:tcMar>
              <w:top w:w="34" w:type="dxa"/>
              <w:left w:w="55" w:type="dxa"/>
              <w:bottom w:w="34" w:type="dxa"/>
              <w:right w:w="55" w:type="dxa"/>
            </w:tcMar>
            <w:vAlign w:val="center"/>
          </w:tcPr>
          <w:p w14:paraId="092DD25C" w14:textId="77777777" w:rsidR="007F479A" w:rsidRDefault="007F479A">
            <w:pPr>
              <w:keepLines/>
              <w:spacing w:after="0"/>
            </w:pPr>
          </w:p>
        </w:tc>
      </w:tr>
    </w:tbl>
    <w:p w14:paraId="1A5F6A0A" w14:textId="77777777" w:rsidR="007F479A" w:rsidRDefault="00000000">
      <w:r>
        <w:br w:type="page"/>
      </w:r>
    </w:p>
    <w:p w14:paraId="5973B64E" w14:textId="77777777" w:rsidR="007F479A" w:rsidRDefault="00000000">
      <w:pPr>
        <w:spacing w:after="40"/>
      </w:pPr>
      <w:r>
        <w:rPr>
          <w:b/>
          <w:color w:val="B7833D"/>
          <w:sz w:val="17"/>
        </w:rPr>
        <w:lastRenderedPageBreak/>
        <w:t>HADDINGTON CAMERA CLUB</w:t>
      </w:r>
      <w:r>
        <w:rPr>
          <w:b/>
          <w:color w:val="34383B"/>
          <w:sz w:val="31"/>
        </w:rPr>
        <w:t xml:space="preserve">   Programme 2026–27</w:t>
      </w:r>
      <w:r>
        <w:rPr>
          <w:color w:val="666666"/>
          <w:sz w:val="17"/>
        </w:rPr>
        <w:t xml:space="preserve">   continued</w:t>
      </w:r>
    </w:p>
    <w:p w14:paraId="4725C2C6" w14:textId="77777777" w:rsidR="007F479A" w:rsidRDefault="007F479A">
      <w:pPr>
        <w:pBdr>
          <w:bottom w:val="single" w:sz="10" w:space="1" w:color="B7833D"/>
        </w:pBdr>
        <w:spacing w:after="40"/>
      </w:pPr>
    </w:p>
    <w:tbl>
      <w:tblPr>
        <w:tblW w:w="0" w:type="auto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1080"/>
        <w:gridCol w:w="3528"/>
        <w:gridCol w:w="7416"/>
        <w:gridCol w:w="2880"/>
      </w:tblGrid>
      <w:tr w:rsidR="007F479A" w14:paraId="041E7A75" w14:textId="77777777">
        <w:trPr>
          <w:cantSplit/>
          <w:tblHeader/>
          <w:jc w:val="center"/>
        </w:trPr>
        <w:tc>
          <w:tcPr>
            <w:tcW w:w="1080" w:type="dxa"/>
            <w:shd w:val="clear" w:color="auto" w:fill="33383B"/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0EAE0A1D" w14:textId="77777777" w:rsidR="007F479A" w:rsidRDefault="00000000">
            <w:pPr>
              <w:spacing w:after="0"/>
            </w:pPr>
            <w:r>
              <w:rPr>
                <w:b/>
                <w:color w:val="FFFFFF"/>
                <w:sz w:val="15"/>
              </w:rPr>
              <w:t>Date</w:t>
            </w:r>
          </w:p>
        </w:tc>
        <w:tc>
          <w:tcPr>
            <w:tcW w:w="3528" w:type="dxa"/>
            <w:shd w:val="clear" w:color="auto" w:fill="33383B"/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45C6A864" w14:textId="77777777" w:rsidR="007F479A" w:rsidRDefault="00000000">
            <w:pPr>
              <w:spacing w:after="0"/>
            </w:pPr>
            <w:r>
              <w:rPr>
                <w:b/>
                <w:color w:val="FFFFFF"/>
                <w:sz w:val="15"/>
              </w:rPr>
              <w:t>Programme</w:t>
            </w:r>
          </w:p>
        </w:tc>
        <w:tc>
          <w:tcPr>
            <w:tcW w:w="7416" w:type="dxa"/>
            <w:shd w:val="clear" w:color="auto" w:fill="33383B"/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7136E475" w14:textId="77777777" w:rsidR="007F479A" w:rsidRDefault="00000000">
            <w:pPr>
              <w:spacing w:after="0"/>
            </w:pPr>
            <w:r>
              <w:rPr>
                <w:b/>
                <w:color w:val="FFFFFF"/>
                <w:sz w:val="15"/>
              </w:rPr>
              <w:t>Details</w:t>
            </w:r>
          </w:p>
        </w:tc>
        <w:tc>
          <w:tcPr>
            <w:tcW w:w="2880" w:type="dxa"/>
            <w:shd w:val="clear" w:color="auto" w:fill="33383B"/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61E75E6E" w14:textId="77777777" w:rsidR="007F479A" w:rsidRDefault="00000000">
            <w:pPr>
              <w:spacing w:after="0"/>
            </w:pPr>
            <w:r>
              <w:rPr>
                <w:b/>
                <w:color w:val="FFFFFF"/>
                <w:sz w:val="15"/>
              </w:rPr>
              <w:t>Notes</w:t>
            </w:r>
          </w:p>
        </w:tc>
      </w:tr>
      <w:tr w:rsidR="007F479A" w14:paraId="3129A7CD" w14:textId="77777777">
        <w:trPr>
          <w:cantSplit/>
          <w:jc w:val="center"/>
        </w:trPr>
        <w:tc>
          <w:tcPr>
            <w:tcW w:w="14256" w:type="dxa"/>
            <w:gridSpan w:val="4"/>
            <w:tcBorders>
              <w:top w:val="nil"/>
              <w:left w:val="nil"/>
              <w:bottom w:val="single" w:sz="0" w:space="0" w:color="F2E6D2"/>
              <w:right w:val="nil"/>
            </w:tcBorders>
            <w:shd w:val="clear" w:color="auto" w:fill="F2E6D2"/>
            <w:tcMar>
              <w:top w:w="20" w:type="dxa"/>
              <w:left w:w="55" w:type="dxa"/>
              <w:bottom w:w="20" w:type="dxa"/>
              <w:right w:w="55" w:type="dxa"/>
            </w:tcMar>
          </w:tcPr>
          <w:p w14:paraId="204C7B7A" w14:textId="77777777" w:rsidR="007F479A" w:rsidRDefault="00000000">
            <w:pPr>
              <w:spacing w:after="0"/>
            </w:pPr>
            <w:r>
              <w:rPr>
                <w:b/>
                <w:color w:val="B7833D"/>
                <w:sz w:val="14"/>
              </w:rPr>
              <w:t>JANUARY 2027</w:t>
            </w:r>
          </w:p>
        </w:tc>
      </w:tr>
      <w:tr w:rsidR="007F479A" w14:paraId="0D0A6F9C" w14:textId="77777777">
        <w:trPr>
          <w:cantSplit/>
          <w:jc w:val="center"/>
        </w:trPr>
        <w:tc>
          <w:tcPr>
            <w:tcW w:w="1080" w:type="dxa"/>
            <w:tcBorders>
              <w:top w:val="nil"/>
              <w:left w:val="nil"/>
              <w:bottom w:val="single" w:sz="4" w:space="0" w:color="D9D4CD"/>
              <w:right w:val="nil"/>
            </w:tcBorders>
            <w:tcMar>
              <w:top w:w="34" w:type="dxa"/>
              <w:left w:w="55" w:type="dxa"/>
              <w:bottom w:w="34" w:type="dxa"/>
              <w:right w:w="55" w:type="dxa"/>
            </w:tcMar>
            <w:vAlign w:val="center"/>
          </w:tcPr>
          <w:p w14:paraId="26172AF5" w14:textId="77777777" w:rsidR="007F479A" w:rsidRDefault="00000000">
            <w:pPr>
              <w:keepLines/>
              <w:spacing w:after="0"/>
            </w:pPr>
            <w:r>
              <w:rPr>
                <w:b/>
                <w:color w:val="34383B"/>
                <w:sz w:val="15"/>
              </w:rPr>
              <w:t>5 Jan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D9D4CD"/>
              <w:right w:val="nil"/>
            </w:tcBorders>
            <w:tcMar>
              <w:top w:w="34" w:type="dxa"/>
              <w:left w:w="55" w:type="dxa"/>
              <w:bottom w:w="34" w:type="dxa"/>
              <w:right w:w="55" w:type="dxa"/>
            </w:tcMar>
            <w:vAlign w:val="center"/>
          </w:tcPr>
          <w:p w14:paraId="61D7B76B" w14:textId="77777777" w:rsidR="007F479A" w:rsidRDefault="00000000">
            <w:pPr>
              <w:keepLines/>
              <w:spacing w:after="0"/>
            </w:pPr>
            <w:r>
              <w:rPr>
                <w:b/>
                <w:color w:val="34383B"/>
                <w:sz w:val="15"/>
              </w:rPr>
              <w:t>Audio Visual Competition &amp; Members Night</w:t>
            </w:r>
          </w:p>
        </w:tc>
        <w:tc>
          <w:tcPr>
            <w:tcW w:w="7416" w:type="dxa"/>
            <w:tcBorders>
              <w:top w:val="nil"/>
              <w:left w:val="nil"/>
              <w:bottom w:val="single" w:sz="4" w:space="0" w:color="D9D4CD"/>
              <w:right w:val="nil"/>
            </w:tcBorders>
            <w:tcMar>
              <w:top w:w="34" w:type="dxa"/>
              <w:left w:w="55" w:type="dxa"/>
              <w:bottom w:w="34" w:type="dxa"/>
              <w:right w:w="55" w:type="dxa"/>
            </w:tcMar>
            <w:vAlign w:val="center"/>
          </w:tcPr>
          <w:p w14:paraId="2BA4697A" w14:textId="77777777" w:rsidR="007F479A" w:rsidRDefault="00000000">
            <w:pPr>
              <w:keepLines/>
              <w:spacing w:after="0"/>
            </w:pPr>
            <w:r>
              <w:rPr>
                <w:color w:val="34383B"/>
                <w:sz w:val="15"/>
              </w:rPr>
              <w:t>A/V  •  5 photos ×2  •  Location  •  Review of a book / photographer / app / photo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D9D4CD"/>
              <w:right w:val="nil"/>
            </w:tcBorders>
            <w:tcMar>
              <w:top w:w="34" w:type="dxa"/>
              <w:left w:w="55" w:type="dxa"/>
              <w:bottom w:w="34" w:type="dxa"/>
              <w:right w:w="55" w:type="dxa"/>
            </w:tcMar>
            <w:vAlign w:val="center"/>
          </w:tcPr>
          <w:p w14:paraId="5D6F2C7C" w14:textId="77777777" w:rsidR="007F479A" w:rsidRDefault="007F479A">
            <w:pPr>
              <w:keepLines/>
              <w:spacing w:after="0"/>
            </w:pPr>
          </w:p>
        </w:tc>
      </w:tr>
      <w:tr w:rsidR="007F479A" w14:paraId="30F41444" w14:textId="77777777">
        <w:trPr>
          <w:cantSplit/>
          <w:jc w:val="center"/>
        </w:trPr>
        <w:tc>
          <w:tcPr>
            <w:tcW w:w="1080" w:type="dxa"/>
            <w:tcBorders>
              <w:top w:val="nil"/>
              <w:left w:val="nil"/>
              <w:bottom w:val="single" w:sz="4" w:space="0" w:color="D9D4CD"/>
              <w:right w:val="nil"/>
            </w:tcBorders>
            <w:tcMar>
              <w:top w:w="34" w:type="dxa"/>
              <w:left w:w="55" w:type="dxa"/>
              <w:bottom w:w="34" w:type="dxa"/>
              <w:right w:w="55" w:type="dxa"/>
            </w:tcMar>
            <w:vAlign w:val="center"/>
          </w:tcPr>
          <w:p w14:paraId="64686FFD" w14:textId="77777777" w:rsidR="007F479A" w:rsidRDefault="00000000">
            <w:pPr>
              <w:keepLines/>
              <w:spacing w:after="0"/>
            </w:pPr>
            <w:r>
              <w:rPr>
                <w:b/>
                <w:color w:val="34383B"/>
                <w:sz w:val="15"/>
              </w:rPr>
              <w:t>12 Jan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D9D4CD"/>
              <w:right w:val="nil"/>
            </w:tcBorders>
            <w:tcMar>
              <w:top w:w="34" w:type="dxa"/>
              <w:left w:w="55" w:type="dxa"/>
              <w:bottom w:w="34" w:type="dxa"/>
              <w:right w:w="55" w:type="dxa"/>
            </w:tcMar>
            <w:vAlign w:val="center"/>
          </w:tcPr>
          <w:p w14:paraId="159D1F38" w14:textId="77777777" w:rsidR="007F479A" w:rsidRDefault="00000000">
            <w:pPr>
              <w:keepLines/>
              <w:spacing w:after="0"/>
            </w:pPr>
            <w:r>
              <w:rPr>
                <w:b/>
                <w:color w:val="34383B"/>
                <w:sz w:val="15"/>
              </w:rPr>
              <w:t>Members Night</w:t>
            </w:r>
          </w:p>
        </w:tc>
        <w:tc>
          <w:tcPr>
            <w:tcW w:w="7416" w:type="dxa"/>
            <w:tcBorders>
              <w:top w:val="nil"/>
              <w:left w:val="nil"/>
              <w:bottom w:val="single" w:sz="4" w:space="0" w:color="D9D4CD"/>
              <w:right w:val="nil"/>
            </w:tcBorders>
            <w:tcMar>
              <w:top w:w="34" w:type="dxa"/>
              <w:left w:w="55" w:type="dxa"/>
              <w:bottom w:w="34" w:type="dxa"/>
              <w:right w:w="55" w:type="dxa"/>
            </w:tcMar>
            <w:vAlign w:val="center"/>
          </w:tcPr>
          <w:p w14:paraId="47C366CF" w14:textId="77777777" w:rsidR="007F479A" w:rsidRDefault="00000000">
            <w:pPr>
              <w:keepLines/>
              <w:spacing w:after="0"/>
            </w:pPr>
            <w:r>
              <w:rPr>
                <w:color w:val="34383B"/>
                <w:sz w:val="15"/>
              </w:rPr>
              <w:t>5 photos ×2  •  Location  •  Review of a book / photographer / app / photo  •  Talk: Meet Up Group Challenges – Rudolf Hummel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D9D4CD"/>
              <w:right w:val="nil"/>
            </w:tcBorders>
            <w:tcMar>
              <w:top w:w="34" w:type="dxa"/>
              <w:left w:w="55" w:type="dxa"/>
              <w:bottom w:w="34" w:type="dxa"/>
              <w:right w:w="55" w:type="dxa"/>
            </w:tcMar>
            <w:vAlign w:val="center"/>
          </w:tcPr>
          <w:p w14:paraId="2E4BE745" w14:textId="77777777" w:rsidR="007F479A" w:rsidRDefault="007F479A">
            <w:pPr>
              <w:keepLines/>
              <w:spacing w:after="0"/>
            </w:pPr>
          </w:p>
        </w:tc>
      </w:tr>
      <w:tr w:rsidR="007F479A" w14:paraId="7AC98253" w14:textId="77777777">
        <w:trPr>
          <w:cantSplit/>
          <w:jc w:val="center"/>
        </w:trPr>
        <w:tc>
          <w:tcPr>
            <w:tcW w:w="1080" w:type="dxa"/>
            <w:tcBorders>
              <w:top w:val="nil"/>
              <w:left w:val="nil"/>
              <w:bottom w:val="single" w:sz="4" w:space="0" w:color="D9D4CD"/>
              <w:right w:val="nil"/>
            </w:tcBorders>
            <w:tcMar>
              <w:top w:w="34" w:type="dxa"/>
              <w:left w:w="55" w:type="dxa"/>
              <w:bottom w:w="34" w:type="dxa"/>
              <w:right w:w="55" w:type="dxa"/>
            </w:tcMar>
            <w:vAlign w:val="center"/>
          </w:tcPr>
          <w:p w14:paraId="1EBA3226" w14:textId="77777777" w:rsidR="007F479A" w:rsidRDefault="00000000">
            <w:pPr>
              <w:keepLines/>
              <w:spacing w:after="0"/>
            </w:pPr>
            <w:r>
              <w:rPr>
                <w:b/>
                <w:color w:val="34383B"/>
                <w:sz w:val="15"/>
              </w:rPr>
              <w:t>19 Jan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D9D4CD"/>
              <w:right w:val="nil"/>
            </w:tcBorders>
            <w:tcMar>
              <w:top w:w="34" w:type="dxa"/>
              <w:left w:w="55" w:type="dxa"/>
              <w:bottom w:w="34" w:type="dxa"/>
              <w:right w:w="55" w:type="dxa"/>
            </w:tcMar>
            <w:vAlign w:val="center"/>
          </w:tcPr>
          <w:p w14:paraId="68228D2E" w14:textId="77777777" w:rsidR="007F479A" w:rsidRDefault="00000000">
            <w:pPr>
              <w:keepLines/>
              <w:spacing w:after="0"/>
            </w:pPr>
            <w:r>
              <w:rPr>
                <w:b/>
                <w:color w:val="34383B"/>
                <w:sz w:val="15"/>
              </w:rPr>
              <w:t>Competition (Zoom)</w:t>
            </w:r>
          </w:p>
        </w:tc>
        <w:tc>
          <w:tcPr>
            <w:tcW w:w="7416" w:type="dxa"/>
            <w:tcBorders>
              <w:top w:val="nil"/>
              <w:left w:val="nil"/>
              <w:bottom w:val="single" w:sz="4" w:space="0" w:color="D9D4CD"/>
              <w:right w:val="nil"/>
            </w:tcBorders>
            <w:tcMar>
              <w:top w:w="34" w:type="dxa"/>
              <w:left w:w="55" w:type="dxa"/>
              <w:bottom w:w="34" w:type="dxa"/>
              <w:right w:w="55" w:type="dxa"/>
            </w:tcMar>
            <w:vAlign w:val="center"/>
          </w:tcPr>
          <w:p w14:paraId="108F1274" w14:textId="77777777" w:rsidR="007F479A" w:rsidRDefault="00000000">
            <w:pPr>
              <w:keepLines/>
              <w:spacing w:after="0"/>
            </w:pPr>
            <w:r>
              <w:rPr>
                <w:color w:val="34383B"/>
                <w:sz w:val="15"/>
              </w:rPr>
              <w:t>Monochrome – Judge Stephen Lipton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D9D4CD"/>
              <w:right w:val="nil"/>
            </w:tcBorders>
            <w:tcMar>
              <w:top w:w="34" w:type="dxa"/>
              <w:left w:w="55" w:type="dxa"/>
              <w:bottom w:w="34" w:type="dxa"/>
              <w:right w:w="55" w:type="dxa"/>
            </w:tcMar>
            <w:vAlign w:val="center"/>
          </w:tcPr>
          <w:p w14:paraId="5BC39F77" w14:textId="77777777" w:rsidR="007F479A" w:rsidRDefault="007F479A">
            <w:pPr>
              <w:keepLines/>
              <w:spacing w:after="0"/>
            </w:pPr>
          </w:p>
        </w:tc>
      </w:tr>
      <w:tr w:rsidR="007F479A" w14:paraId="75D6CE91" w14:textId="77777777">
        <w:trPr>
          <w:cantSplit/>
          <w:jc w:val="center"/>
        </w:trPr>
        <w:tc>
          <w:tcPr>
            <w:tcW w:w="1080" w:type="dxa"/>
            <w:tcBorders>
              <w:top w:val="nil"/>
              <w:left w:val="nil"/>
              <w:bottom w:val="single" w:sz="4" w:space="0" w:color="D9D4CD"/>
              <w:right w:val="nil"/>
            </w:tcBorders>
            <w:tcMar>
              <w:top w:w="34" w:type="dxa"/>
              <w:left w:w="55" w:type="dxa"/>
              <w:bottom w:w="34" w:type="dxa"/>
              <w:right w:w="55" w:type="dxa"/>
            </w:tcMar>
            <w:vAlign w:val="center"/>
          </w:tcPr>
          <w:p w14:paraId="1F99B226" w14:textId="77777777" w:rsidR="007F479A" w:rsidRDefault="00000000">
            <w:pPr>
              <w:keepLines/>
              <w:spacing w:after="0"/>
            </w:pPr>
            <w:r>
              <w:rPr>
                <w:b/>
                <w:color w:val="34383B"/>
                <w:sz w:val="15"/>
              </w:rPr>
              <w:t>26 Jan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D9D4CD"/>
              <w:right w:val="nil"/>
            </w:tcBorders>
            <w:tcMar>
              <w:top w:w="34" w:type="dxa"/>
              <w:left w:w="55" w:type="dxa"/>
              <w:bottom w:w="34" w:type="dxa"/>
              <w:right w:w="55" w:type="dxa"/>
            </w:tcMar>
            <w:vAlign w:val="center"/>
          </w:tcPr>
          <w:p w14:paraId="6654295A" w14:textId="77777777" w:rsidR="007F479A" w:rsidRDefault="00000000">
            <w:pPr>
              <w:keepLines/>
              <w:spacing w:after="0"/>
            </w:pPr>
            <w:r>
              <w:rPr>
                <w:b/>
                <w:color w:val="34383B"/>
                <w:sz w:val="15"/>
              </w:rPr>
              <w:t>Guest Speaker (Zoom)</w:t>
            </w:r>
          </w:p>
        </w:tc>
        <w:tc>
          <w:tcPr>
            <w:tcW w:w="7416" w:type="dxa"/>
            <w:tcBorders>
              <w:top w:val="nil"/>
              <w:left w:val="nil"/>
              <w:bottom w:val="single" w:sz="4" w:space="0" w:color="D9D4CD"/>
              <w:right w:val="nil"/>
            </w:tcBorders>
            <w:tcMar>
              <w:top w:w="34" w:type="dxa"/>
              <w:left w:w="55" w:type="dxa"/>
              <w:bottom w:w="34" w:type="dxa"/>
              <w:right w:w="55" w:type="dxa"/>
            </w:tcMar>
            <w:vAlign w:val="center"/>
          </w:tcPr>
          <w:p w14:paraId="45C361D3" w14:textId="77777777" w:rsidR="007F479A" w:rsidRDefault="00000000">
            <w:pPr>
              <w:keepLines/>
              <w:spacing w:after="0"/>
            </w:pPr>
            <w:r>
              <w:rPr>
                <w:color w:val="34383B"/>
                <w:sz w:val="15"/>
              </w:rPr>
              <w:t>Nick Dempsey – Street Photography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D9D4CD"/>
              <w:right w:val="nil"/>
            </w:tcBorders>
            <w:tcMar>
              <w:top w:w="34" w:type="dxa"/>
              <w:left w:w="55" w:type="dxa"/>
              <w:bottom w:w="34" w:type="dxa"/>
              <w:right w:w="55" w:type="dxa"/>
            </w:tcMar>
            <w:vAlign w:val="center"/>
          </w:tcPr>
          <w:p w14:paraId="738CA65A" w14:textId="77777777" w:rsidR="007F479A" w:rsidRDefault="007F479A">
            <w:pPr>
              <w:keepLines/>
              <w:spacing w:after="0"/>
            </w:pPr>
          </w:p>
        </w:tc>
      </w:tr>
      <w:tr w:rsidR="007F479A" w14:paraId="6A59EE2D" w14:textId="77777777">
        <w:trPr>
          <w:cantSplit/>
          <w:jc w:val="center"/>
        </w:trPr>
        <w:tc>
          <w:tcPr>
            <w:tcW w:w="14256" w:type="dxa"/>
            <w:gridSpan w:val="4"/>
            <w:tcBorders>
              <w:top w:val="nil"/>
              <w:left w:val="nil"/>
              <w:bottom w:val="single" w:sz="0" w:space="0" w:color="F2E6D2"/>
              <w:right w:val="nil"/>
            </w:tcBorders>
            <w:shd w:val="clear" w:color="auto" w:fill="F2E6D2"/>
            <w:tcMar>
              <w:top w:w="20" w:type="dxa"/>
              <w:left w:w="55" w:type="dxa"/>
              <w:bottom w:w="20" w:type="dxa"/>
              <w:right w:w="55" w:type="dxa"/>
            </w:tcMar>
          </w:tcPr>
          <w:p w14:paraId="4CBF84E4" w14:textId="77777777" w:rsidR="007F479A" w:rsidRDefault="00000000">
            <w:pPr>
              <w:spacing w:after="0"/>
            </w:pPr>
            <w:r>
              <w:rPr>
                <w:b/>
                <w:color w:val="B7833D"/>
                <w:sz w:val="14"/>
              </w:rPr>
              <w:t>FEBRUARY</w:t>
            </w:r>
          </w:p>
        </w:tc>
      </w:tr>
      <w:tr w:rsidR="007F479A" w14:paraId="3C922869" w14:textId="77777777">
        <w:trPr>
          <w:cantSplit/>
          <w:jc w:val="center"/>
        </w:trPr>
        <w:tc>
          <w:tcPr>
            <w:tcW w:w="1080" w:type="dxa"/>
            <w:tcBorders>
              <w:top w:val="nil"/>
              <w:left w:val="nil"/>
              <w:bottom w:val="single" w:sz="4" w:space="0" w:color="D9D4CD"/>
              <w:right w:val="nil"/>
            </w:tcBorders>
            <w:tcMar>
              <w:top w:w="34" w:type="dxa"/>
              <w:left w:w="55" w:type="dxa"/>
              <w:bottom w:w="34" w:type="dxa"/>
              <w:right w:w="55" w:type="dxa"/>
            </w:tcMar>
            <w:vAlign w:val="center"/>
          </w:tcPr>
          <w:p w14:paraId="17131BE7" w14:textId="77777777" w:rsidR="007F479A" w:rsidRDefault="00000000">
            <w:pPr>
              <w:keepLines/>
              <w:spacing w:after="0"/>
            </w:pPr>
            <w:r>
              <w:rPr>
                <w:b/>
                <w:color w:val="34383B"/>
                <w:sz w:val="15"/>
              </w:rPr>
              <w:t>2 Feb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D9D4CD"/>
              <w:right w:val="nil"/>
            </w:tcBorders>
            <w:tcMar>
              <w:top w:w="34" w:type="dxa"/>
              <w:left w:w="55" w:type="dxa"/>
              <w:bottom w:w="34" w:type="dxa"/>
              <w:right w:w="55" w:type="dxa"/>
            </w:tcMar>
            <w:vAlign w:val="center"/>
          </w:tcPr>
          <w:p w14:paraId="53222171" w14:textId="77777777" w:rsidR="007F479A" w:rsidRDefault="00000000">
            <w:pPr>
              <w:keepLines/>
              <w:spacing w:after="0"/>
            </w:pPr>
            <w:r>
              <w:rPr>
                <w:b/>
                <w:color w:val="34383B"/>
                <w:sz w:val="15"/>
              </w:rPr>
              <w:t>Competition — details TBC</w:t>
            </w:r>
          </w:p>
        </w:tc>
        <w:tc>
          <w:tcPr>
            <w:tcW w:w="7416" w:type="dxa"/>
            <w:tcBorders>
              <w:top w:val="nil"/>
              <w:left w:val="nil"/>
              <w:bottom w:val="single" w:sz="4" w:space="0" w:color="D9D4CD"/>
              <w:right w:val="nil"/>
            </w:tcBorders>
            <w:tcMar>
              <w:top w:w="34" w:type="dxa"/>
              <w:left w:w="55" w:type="dxa"/>
              <w:bottom w:w="34" w:type="dxa"/>
              <w:right w:w="55" w:type="dxa"/>
            </w:tcMar>
            <w:vAlign w:val="center"/>
          </w:tcPr>
          <w:p w14:paraId="5F69D28D" w14:textId="77777777" w:rsidR="007F479A" w:rsidRDefault="00000000">
            <w:pPr>
              <w:keepLines/>
              <w:spacing w:after="0"/>
            </w:pPr>
            <w:r>
              <w:rPr>
                <w:color w:val="34383B"/>
                <w:sz w:val="15"/>
              </w:rPr>
              <w:t>Poldrate / Zoom  •  Jubilee – no judge yet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D9D4CD"/>
              <w:right w:val="nil"/>
            </w:tcBorders>
            <w:tcMar>
              <w:top w:w="34" w:type="dxa"/>
              <w:left w:w="55" w:type="dxa"/>
              <w:bottom w:w="34" w:type="dxa"/>
              <w:right w:w="55" w:type="dxa"/>
            </w:tcMar>
            <w:vAlign w:val="center"/>
          </w:tcPr>
          <w:p w14:paraId="79BF57A4" w14:textId="77777777" w:rsidR="007F479A" w:rsidRDefault="007F479A">
            <w:pPr>
              <w:keepLines/>
              <w:spacing w:after="0"/>
            </w:pPr>
          </w:p>
        </w:tc>
      </w:tr>
      <w:tr w:rsidR="007F479A" w14:paraId="5508041E" w14:textId="77777777">
        <w:trPr>
          <w:cantSplit/>
          <w:jc w:val="center"/>
        </w:trPr>
        <w:tc>
          <w:tcPr>
            <w:tcW w:w="1080" w:type="dxa"/>
            <w:tcBorders>
              <w:top w:val="nil"/>
              <w:left w:val="nil"/>
              <w:bottom w:val="single" w:sz="4" w:space="0" w:color="D9D4CD"/>
              <w:right w:val="nil"/>
            </w:tcBorders>
            <w:tcMar>
              <w:top w:w="34" w:type="dxa"/>
              <w:left w:w="55" w:type="dxa"/>
              <w:bottom w:w="34" w:type="dxa"/>
              <w:right w:w="55" w:type="dxa"/>
            </w:tcMar>
            <w:vAlign w:val="center"/>
          </w:tcPr>
          <w:p w14:paraId="4E252B52" w14:textId="77777777" w:rsidR="007F479A" w:rsidRDefault="00000000">
            <w:pPr>
              <w:keepLines/>
              <w:spacing w:after="0"/>
            </w:pPr>
            <w:r>
              <w:rPr>
                <w:b/>
                <w:color w:val="34383B"/>
                <w:sz w:val="15"/>
              </w:rPr>
              <w:t>9 Feb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D9D4CD"/>
              <w:right w:val="nil"/>
            </w:tcBorders>
            <w:tcMar>
              <w:top w:w="34" w:type="dxa"/>
              <w:left w:w="55" w:type="dxa"/>
              <w:bottom w:w="34" w:type="dxa"/>
              <w:right w:w="55" w:type="dxa"/>
            </w:tcMar>
            <w:vAlign w:val="center"/>
          </w:tcPr>
          <w:p w14:paraId="02FBC734" w14:textId="77777777" w:rsidR="007F479A" w:rsidRDefault="00000000">
            <w:pPr>
              <w:keepLines/>
              <w:spacing w:after="0"/>
            </w:pPr>
            <w:r>
              <w:rPr>
                <w:b/>
                <w:color w:val="34383B"/>
                <w:sz w:val="15"/>
              </w:rPr>
              <w:t>Members Night</w:t>
            </w:r>
          </w:p>
        </w:tc>
        <w:tc>
          <w:tcPr>
            <w:tcW w:w="7416" w:type="dxa"/>
            <w:tcBorders>
              <w:top w:val="nil"/>
              <w:left w:val="nil"/>
              <w:bottom w:val="single" w:sz="4" w:space="0" w:color="D9D4CD"/>
              <w:right w:val="nil"/>
            </w:tcBorders>
            <w:tcMar>
              <w:top w:w="34" w:type="dxa"/>
              <w:left w:w="55" w:type="dxa"/>
              <w:bottom w:w="34" w:type="dxa"/>
              <w:right w:w="55" w:type="dxa"/>
            </w:tcMar>
            <w:vAlign w:val="center"/>
          </w:tcPr>
          <w:p w14:paraId="1015C446" w14:textId="77777777" w:rsidR="007F479A" w:rsidRDefault="00000000">
            <w:pPr>
              <w:keepLines/>
              <w:spacing w:after="0"/>
            </w:pPr>
            <w:r>
              <w:rPr>
                <w:color w:val="34383B"/>
                <w:sz w:val="15"/>
              </w:rPr>
              <w:t>5 photos ×2  •  Location  •  Review of a book / photographer / app / photo  •  Talk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D9D4CD"/>
              <w:right w:val="nil"/>
            </w:tcBorders>
            <w:tcMar>
              <w:top w:w="34" w:type="dxa"/>
              <w:left w:w="55" w:type="dxa"/>
              <w:bottom w:w="34" w:type="dxa"/>
              <w:right w:w="55" w:type="dxa"/>
            </w:tcMar>
            <w:vAlign w:val="center"/>
          </w:tcPr>
          <w:p w14:paraId="2E17759E" w14:textId="77777777" w:rsidR="007F479A" w:rsidRDefault="007F479A">
            <w:pPr>
              <w:keepLines/>
              <w:spacing w:after="0"/>
            </w:pPr>
          </w:p>
        </w:tc>
      </w:tr>
      <w:tr w:rsidR="007F479A" w14:paraId="045601A1" w14:textId="77777777">
        <w:trPr>
          <w:cantSplit/>
          <w:jc w:val="center"/>
        </w:trPr>
        <w:tc>
          <w:tcPr>
            <w:tcW w:w="1080" w:type="dxa"/>
            <w:tcBorders>
              <w:top w:val="nil"/>
              <w:left w:val="nil"/>
              <w:bottom w:val="single" w:sz="4" w:space="0" w:color="D9D4CD"/>
              <w:right w:val="nil"/>
            </w:tcBorders>
            <w:tcMar>
              <w:top w:w="34" w:type="dxa"/>
              <w:left w:w="55" w:type="dxa"/>
              <w:bottom w:w="34" w:type="dxa"/>
              <w:right w:w="55" w:type="dxa"/>
            </w:tcMar>
            <w:vAlign w:val="center"/>
          </w:tcPr>
          <w:p w14:paraId="2F92C4F2" w14:textId="77777777" w:rsidR="007F479A" w:rsidRDefault="00000000">
            <w:pPr>
              <w:keepLines/>
              <w:spacing w:after="0"/>
            </w:pPr>
            <w:r>
              <w:rPr>
                <w:b/>
                <w:color w:val="34383B"/>
                <w:sz w:val="15"/>
              </w:rPr>
              <w:t>16 Feb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D9D4CD"/>
              <w:right w:val="nil"/>
            </w:tcBorders>
            <w:tcMar>
              <w:top w:w="34" w:type="dxa"/>
              <w:left w:w="55" w:type="dxa"/>
              <w:bottom w:w="34" w:type="dxa"/>
              <w:right w:w="55" w:type="dxa"/>
            </w:tcMar>
            <w:vAlign w:val="center"/>
          </w:tcPr>
          <w:p w14:paraId="2C9A4DC9" w14:textId="77777777" w:rsidR="007F479A" w:rsidRDefault="00000000">
            <w:pPr>
              <w:keepLines/>
              <w:spacing w:after="0"/>
            </w:pPr>
            <w:r>
              <w:rPr>
                <w:b/>
                <w:color w:val="34383B"/>
                <w:sz w:val="15"/>
              </w:rPr>
              <w:t>Practical Night</w:t>
            </w:r>
          </w:p>
        </w:tc>
        <w:tc>
          <w:tcPr>
            <w:tcW w:w="7416" w:type="dxa"/>
            <w:tcBorders>
              <w:top w:val="nil"/>
              <w:left w:val="nil"/>
              <w:bottom w:val="single" w:sz="4" w:space="0" w:color="D9D4CD"/>
              <w:right w:val="nil"/>
            </w:tcBorders>
            <w:tcMar>
              <w:top w:w="34" w:type="dxa"/>
              <w:left w:w="55" w:type="dxa"/>
              <w:bottom w:w="34" w:type="dxa"/>
              <w:right w:w="55" w:type="dxa"/>
            </w:tcMar>
            <w:vAlign w:val="center"/>
          </w:tcPr>
          <w:p w14:paraId="36A6D1A4" w14:textId="77777777" w:rsidR="007F479A" w:rsidRDefault="00000000">
            <w:pPr>
              <w:keepLines/>
              <w:spacing w:after="0"/>
            </w:pPr>
            <w:r>
              <w:rPr>
                <w:color w:val="34383B"/>
                <w:sz w:val="15"/>
              </w:rPr>
              <w:t>Possible topics: Light Painting / Portrait Photography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D9D4CD"/>
              <w:right w:val="nil"/>
            </w:tcBorders>
            <w:tcMar>
              <w:top w:w="34" w:type="dxa"/>
              <w:left w:w="55" w:type="dxa"/>
              <w:bottom w:w="34" w:type="dxa"/>
              <w:right w:w="55" w:type="dxa"/>
            </w:tcMar>
            <w:vAlign w:val="center"/>
          </w:tcPr>
          <w:p w14:paraId="38C54E34" w14:textId="77777777" w:rsidR="007F479A" w:rsidRDefault="007F479A">
            <w:pPr>
              <w:keepLines/>
              <w:spacing w:after="0"/>
            </w:pPr>
          </w:p>
        </w:tc>
      </w:tr>
      <w:tr w:rsidR="007F479A" w14:paraId="5E36DD68" w14:textId="77777777">
        <w:trPr>
          <w:cantSplit/>
          <w:jc w:val="center"/>
        </w:trPr>
        <w:tc>
          <w:tcPr>
            <w:tcW w:w="1080" w:type="dxa"/>
            <w:tcBorders>
              <w:top w:val="nil"/>
              <w:left w:val="nil"/>
              <w:bottom w:val="single" w:sz="4" w:space="0" w:color="D9D4CD"/>
              <w:right w:val="nil"/>
            </w:tcBorders>
            <w:tcMar>
              <w:top w:w="34" w:type="dxa"/>
              <w:left w:w="55" w:type="dxa"/>
              <w:bottom w:w="34" w:type="dxa"/>
              <w:right w:w="55" w:type="dxa"/>
            </w:tcMar>
            <w:vAlign w:val="center"/>
          </w:tcPr>
          <w:p w14:paraId="72891DB4" w14:textId="77777777" w:rsidR="007F479A" w:rsidRDefault="00000000">
            <w:pPr>
              <w:keepLines/>
              <w:spacing w:after="0"/>
            </w:pPr>
            <w:r>
              <w:rPr>
                <w:b/>
                <w:color w:val="34383B"/>
                <w:sz w:val="15"/>
              </w:rPr>
              <w:t>23 Feb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D9D4CD"/>
              <w:right w:val="nil"/>
            </w:tcBorders>
            <w:tcMar>
              <w:top w:w="34" w:type="dxa"/>
              <w:left w:w="55" w:type="dxa"/>
              <w:bottom w:w="34" w:type="dxa"/>
              <w:right w:w="55" w:type="dxa"/>
            </w:tcMar>
            <w:vAlign w:val="center"/>
          </w:tcPr>
          <w:p w14:paraId="114586A4" w14:textId="77777777" w:rsidR="007F479A" w:rsidRDefault="00000000">
            <w:pPr>
              <w:keepLines/>
              <w:spacing w:after="0"/>
            </w:pPr>
            <w:r>
              <w:rPr>
                <w:b/>
                <w:color w:val="34383B"/>
                <w:sz w:val="15"/>
              </w:rPr>
              <w:t>Competition (Zoom)</w:t>
            </w:r>
          </w:p>
        </w:tc>
        <w:tc>
          <w:tcPr>
            <w:tcW w:w="7416" w:type="dxa"/>
            <w:tcBorders>
              <w:top w:val="nil"/>
              <w:left w:val="nil"/>
              <w:bottom w:val="single" w:sz="4" w:space="0" w:color="D9D4CD"/>
              <w:right w:val="nil"/>
            </w:tcBorders>
            <w:tcMar>
              <w:top w:w="34" w:type="dxa"/>
              <w:left w:w="55" w:type="dxa"/>
              <w:bottom w:w="34" w:type="dxa"/>
              <w:right w:w="55" w:type="dxa"/>
            </w:tcMar>
            <w:vAlign w:val="center"/>
          </w:tcPr>
          <w:p w14:paraId="334B0BFC" w14:textId="77777777" w:rsidR="007F479A" w:rsidRDefault="00000000">
            <w:pPr>
              <w:keepLines/>
              <w:spacing w:after="0"/>
            </w:pPr>
            <w:r>
              <w:rPr>
                <w:color w:val="34383B"/>
                <w:sz w:val="15"/>
              </w:rPr>
              <w:t>Annual – Judge Ken Lindsay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D9D4CD"/>
              <w:right w:val="nil"/>
            </w:tcBorders>
            <w:tcMar>
              <w:top w:w="34" w:type="dxa"/>
              <w:left w:w="55" w:type="dxa"/>
              <w:bottom w:w="34" w:type="dxa"/>
              <w:right w:w="55" w:type="dxa"/>
            </w:tcMar>
            <w:vAlign w:val="center"/>
          </w:tcPr>
          <w:p w14:paraId="6117842F" w14:textId="77777777" w:rsidR="007F479A" w:rsidRDefault="007F479A">
            <w:pPr>
              <w:keepLines/>
              <w:spacing w:after="0"/>
            </w:pPr>
          </w:p>
        </w:tc>
      </w:tr>
      <w:tr w:rsidR="007F479A" w14:paraId="0E20700B" w14:textId="77777777">
        <w:trPr>
          <w:cantSplit/>
          <w:jc w:val="center"/>
        </w:trPr>
        <w:tc>
          <w:tcPr>
            <w:tcW w:w="14256" w:type="dxa"/>
            <w:gridSpan w:val="4"/>
            <w:tcBorders>
              <w:top w:val="nil"/>
              <w:left w:val="nil"/>
              <w:bottom w:val="single" w:sz="0" w:space="0" w:color="F2E6D2"/>
              <w:right w:val="nil"/>
            </w:tcBorders>
            <w:shd w:val="clear" w:color="auto" w:fill="F2E6D2"/>
            <w:tcMar>
              <w:top w:w="20" w:type="dxa"/>
              <w:left w:w="55" w:type="dxa"/>
              <w:bottom w:w="20" w:type="dxa"/>
              <w:right w:w="55" w:type="dxa"/>
            </w:tcMar>
          </w:tcPr>
          <w:p w14:paraId="79D8D2EB" w14:textId="77777777" w:rsidR="007F479A" w:rsidRDefault="00000000">
            <w:pPr>
              <w:spacing w:after="0"/>
            </w:pPr>
            <w:r>
              <w:rPr>
                <w:b/>
                <w:color w:val="B7833D"/>
                <w:sz w:val="14"/>
              </w:rPr>
              <w:t>MARCH</w:t>
            </w:r>
          </w:p>
        </w:tc>
      </w:tr>
      <w:tr w:rsidR="007F479A" w14:paraId="0EAD8D5C" w14:textId="77777777">
        <w:trPr>
          <w:cantSplit/>
          <w:jc w:val="center"/>
        </w:trPr>
        <w:tc>
          <w:tcPr>
            <w:tcW w:w="1080" w:type="dxa"/>
            <w:tcBorders>
              <w:top w:val="nil"/>
              <w:left w:val="nil"/>
              <w:bottom w:val="single" w:sz="4" w:space="0" w:color="D9D4CD"/>
              <w:right w:val="nil"/>
            </w:tcBorders>
            <w:tcMar>
              <w:top w:w="34" w:type="dxa"/>
              <w:left w:w="55" w:type="dxa"/>
              <w:bottom w:w="34" w:type="dxa"/>
              <w:right w:w="55" w:type="dxa"/>
            </w:tcMar>
            <w:vAlign w:val="center"/>
          </w:tcPr>
          <w:p w14:paraId="0D77146A" w14:textId="77777777" w:rsidR="007F479A" w:rsidRDefault="00000000">
            <w:pPr>
              <w:keepLines/>
              <w:spacing w:after="0"/>
            </w:pPr>
            <w:r>
              <w:rPr>
                <w:b/>
                <w:color w:val="34383B"/>
                <w:sz w:val="15"/>
              </w:rPr>
              <w:t>2 Mar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D9D4CD"/>
              <w:right w:val="nil"/>
            </w:tcBorders>
            <w:tcMar>
              <w:top w:w="34" w:type="dxa"/>
              <w:left w:w="55" w:type="dxa"/>
              <w:bottom w:w="34" w:type="dxa"/>
              <w:right w:w="55" w:type="dxa"/>
            </w:tcMar>
            <w:vAlign w:val="center"/>
          </w:tcPr>
          <w:p w14:paraId="2C56E5C0" w14:textId="77777777" w:rsidR="007F479A" w:rsidRDefault="00000000">
            <w:pPr>
              <w:keepLines/>
              <w:spacing w:after="0"/>
            </w:pPr>
            <w:r>
              <w:rPr>
                <w:b/>
                <w:color w:val="34383B"/>
                <w:sz w:val="15"/>
              </w:rPr>
              <w:t>In Conversation with…</w:t>
            </w:r>
          </w:p>
        </w:tc>
        <w:tc>
          <w:tcPr>
            <w:tcW w:w="7416" w:type="dxa"/>
            <w:tcBorders>
              <w:top w:val="nil"/>
              <w:left w:val="nil"/>
              <w:bottom w:val="single" w:sz="4" w:space="0" w:color="D9D4CD"/>
              <w:right w:val="nil"/>
            </w:tcBorders>
            <w:tcMar>
              <w:top w:w="34" w:type="dxa"/>
              <w:left w:w="55" w:type="dxa"/>
              <w:bottom w:w="34" w:type="dxa"/>
              <w:right w:w="55" w:type="dxa"/>
            </w:tcMar>
            <w:vAlign w:val="center"/>
          </w:tcPr>
          <w:p w14:paraId="1CB8B5EB" w14:textId="77777777" w:rsidR="007F479A" w:rsidRDefault="00000000">
            <w:pPr>
              <w:keepLines/>
              <w:spacing w:after="0"/>
            </w:pPr>
            <w:r>
              <w:rPr>
                <w:color w:val="34383B"/>
                <w:sz w:val="15"/>
              </w:rPr>
              <w:t>Host: Andy Coulson  •  Elaine Dowding, Paul Laycock &amp; Tom McGovern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D9D4CD"/>
              <w:right w:val="nil"/>
            </w:tcBorders>
            <w:tcMar>
              <w:top w:w="34" w:type="dxa"/>
              <w:left w:w="55" w:type="dxa"/>
              <w:bottom w:w="34" w:type="dxa"/>
              <w:right w:w="55" w:type="dxa"/>
            </w:tcMar>
            <w:vAlign w:val="center"/>
          </w:tcPr>
          <w:p w14:paraId="7527B090" w14:textId="77777777" w:rsidR="007F479A" w:rsidRDefault="007F479A">
            <w:pPr>
              <w:keepLines/>
              <w:spacing w:after="0"/>
            </w:pPr>
          </w:p>
        </w:tc>
      </w:tr>
      <w:tr w:rsidR="007F479A" w14:paraId="5CCC4189" w14:textId="77777777">
        <w:trPr>
          <w:cantSplit/>
          <w:jc w:val="center"/>
        </w:trPr>
        <w:tc>
          <w:tcPr>
            <w:tcW w:w="1080" w:type="dxa"/>
            <w:tcBorders>
              <w:top w:val="nil"/>
              <w:left w:val="nil"/>
              <w:bottom w:val="single" w:sz="4" w:space="0" w:color="D9D4CD"/>
              <w:right w:val="nil"/>
            </w:tcBorders>
            <w:tcMar>
              <w:top w:w="34" w:type="dxa"/>
              <w:left w:w="55" w:type="dxa"/>
              <w:bottom w:w="34" w:type="dxa"/>
              <w:right w:w="55" w:type="dxa"/>
            </w:tcMar>
            <w:vAlign w:val="center"/>
          </w:tcPr>
          <w:p w14:paraId="3314BE71" w14:textId="77777777" w:rsidR="007F479A" w:rsidRDefault="00000000">
            <w:pPr>
              <w:keepLines/>
              <w:spacing w:after="0"/>
            </w:pPr>
            <w:r>
              <w:rPr>
                <w:b/>
                <w:color w:val="34383B"/>
                <w:sz w:val="15"/>
              </w:rPr>
              <w:t>9 Mar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D9D4CD"/>
              <w:right w:val="nil"/>
            </w:tcBorders>
            <w:tcMar>
              <w:top w:w="34" w:type="dxa"/>
              <w:left w:w="55" w:type="dxa"/>
              <w:bottom w:w="34" w:type="dxa"/>
              <w:right w:w="55" w:type="dxa"/>
            </w:tcMar>
            <w:vAlign w:val="center"/>
          </w:tcPr>
          <w:p w14:paraId="3DDABB7C" w14:textId="77777777" w:rsidR="007F479A" w:rsidRDefault="00000000">
            <w:pPr>
              <w:keepLines/>
              <w:spacing w:after="0"/>
            </w:pPr>
            <w:r>
              <w:rPr>
                <w:b/>
                <w:color w:val="34383B"/>
                <w:sz w:val="15"/>
              </w:rPr>
              <w:t>Guest Speaker (Zoom)</w:t>
            </w:r>
          </w:p>
        </w:tc>
        <w:tc>
          <w:tcPr>
            <w:tcW w:w="7416" w:type="dxa"/>
            <w:tcBorders>
              <w:top w:val="nil"/>
              <w:left w:val="nil"/>
              <w:bottom w:val="single" w:sz="4" w:space="0" w:color="D9D4CD"/>
              <w:right w:val="nil"/>
            </w:tcBorders>
            <w:tcMar>
              <w:top w:w="34" w:type="dxa"/>
              <w:left w:w="55" w:type="dxa"/>
              <w:bottom w:w="34" w:type="dxa"/>
              <w:right w:w="55" w:type="dxa"/>
            </w:tcMar>
            <w:vAlign w:val="center"/>
          </w:tcPr>
          <w:p w14:paraId="0B575400" w14:textId="77777777" w:rsidR="007F479A" w:rsidRDefault="00000000">
            <w:pPr>
              <w:keepLines/>
              <w:spacing w:after="0"/>
            </w:pPr>
            <w:r>
              <w:rPr>
                <w:color w:val="34383B"/>
                <w:sz w:val="15"/>
              </w:rPr>
              <w:t>Tony Worobiec – Defining Abstract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D9D4CD"/>
              <w:right w:val="nil"/>
            </w:tcBorders>
            <w:tcMar>
              <w:top w:w="34" w:type="dxa"/>
              <w:left w:w="55" w:type="dxa"/>
              <w:bottom w:w="34" w:type="dxa"/>
              <w:right w:w="55" w:type="dxa"/>
            </w:tcMar>
            <w:vAlign w:val="center"/>
          </w:tcPr>
          <w:p w14:paraId="303E3036" w14:textId="77777777" w:rsidR="007F479A" w:rsidRDefault="007F479A">
            <w:pPr>
              <w:keepLines/>
              <w:spacing w:after="0"/>
            </w:pPr>
          </w:p>
        </w:tc>
      </w:tr>
      <w:tr w:rsidR="007F479A" w14:paraId="567EC42D" w14:textId="77777777">
        <w:trPr>
          <w:cantSplit/>
          <w:jc w:val="center"/>
        </w:trPr>
        <w:tc>
          <w:tcPr>
            <w:tcW w:w="1080" w:type="dxa"/>
            <w:tcBorders>
              <w:top w:val="nil"/>
              <w:left w:val="nil"/>
              <w:bottom w:val="single" w:sz="4" w:space="0" w:color="D9D4CD"/>
              <w:right w:val="nil"/>
            </w:tcBorders>
            <w:tcMar>
              <w:top w:w="34" w:type="dxa"/>
              <w:left w:w="55" w:type="dxa"/>
              <w:bottom w:w="34" w:type="dxa"/>
              <w:right w:w="55" w:type="dxa"/>
            </w:tcMar>
            <w:vAlign w:val="center"/>
          </w:tcPr>
          <w:p w14:paraId="22FB0E45" w14:textId="77777777" w:rsidR="007F479A" w:rsidRDefault="00000000">
            <w:pPr>
              <w:keepLines/>
              <w:spacing w:after="0"/>
            </w:pPr>
            <w:r>
              <w:rPr>
                <w:b/>
                <w:color w:val="34383B"/>
                <w:sz w:val="15"/>
              </w:rPr>
              <w:t>16 Mar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D9D4CD"/>
              <w:right w:val="nil"/>
            </w:tcBorders>
            <w:tcMar>
              <w:top w:w="34" w:type="dxa"/>
              <w:left w:w="55" w:type="dxa"/>
              <w:bottom w:w="34" w:type="dxa"/>
              <w:right w:w="55" w:type="dxa"/>
            </w:tcMar>
            <w:vAlign w:val="center"/>
          </w:tcPr>
          <w:p w14:paraId="145F3D51" w14:textId="77777777" w:rsidR="007F479A" w:rsidRDefault="00000000">
            <w:pPr>
              <w:keepLines/>
              <w:spacing w:after="0"/>
            </w:pPr>
            <w:r>
              <w:rPr>
                <w:b/>
                <w:color w:val="34383B"/>
                <w:sz w:val="15"/>
              </w:rPr>
              <w:t>3-way Competition</w:t>
            </w:r>
          </w:p>
        </w:tc>
        <w:tc>
          <w:tcPr>
            <w:tcW w:w="7416" w:type="dxa"/>
            <w:tcBorders>
              <w:top w:val="nil"/>
              <w:left w:val="nil"/>
              <w:bottom w:val="single" w:sz="4" w:space="0" w:color="D9D4CD"/>
              <w:right w:val="nil"/>
            </w:tcBorders>
            <w:tcMar>
              <w:top w:w="34" w:type="dxa"/>
              <w:left w:w="55" w:type="dxa"/>
              <w:bottom w:w="34" w:type="dxa"/>
              <w:right w:w="55" w:type="dxa"/>
            </w:tcMar>
            <w:vAlign w:val="center"/>
          </w:tcPr>
          <w:p w14:paraId="24C01482" w14:textId="77777777" w:rsidR="007F479A" w:rsidRDefault="00000000">
            <w:pPr>
              <w:keepLines/>
              <w:spacing w:after="0"/>
            </w:pPr>
            <w:r>
              <w:rPr>
                <w:color w:val="34383B"/>
                <w:sz w:val="15"/>
              </w:rPr>
              <w:t>Musselburgh &amp; Beeslack  •  HCC hosting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D9D4CD"/>
              <w:right w:val="nil"/>
            </w:tcBorders>
            <w:tcMar>
              <w:top w:w="34" w:type="dxa"/>
              <w:left w:w="55" w:type="dxa"/>
              <w:bottom w:w="34" w:type="dxa"/>
              <w:right w:w="55" w:type="dxa"/>
            </w:tcMar>
            <w:vAlign w:val="center"/>
          </w:tcPr>
          <w:p w14:paraId="77DF8F06" w14:textId="77777777" w:rsidR="007F479A" w:rsidRDefault="007F479A">
            <w:pPr>
              <w:keepLines/>
              <w:spacing w:after="0"/>
            </w:pPr>
          </w:p>
        </w:tc>
      </w:tr>
      <w:tr w:rsidR="007F479A" w14:paraId="31FF3636" w14:textId="77777777">
        <w:trPr>
          <w:cantSplit/>
          <w:jc w:val="center"/>
        </w:trPr>
        <w:tc>
          <w:tcPr>
            <w:tcW w:w="1080" w:type="dxa"/>
            <w:tcBorders>
              <w:top w:val="nil"/>
              <w:left w:val="nil"/>
              <w:bottom w:val="single" w:sz="4" w:space="0" w:color="D9D4CD"/>
              <w:right w:val="nil"/>
            </w:tcBorders>
            <w:tcMar>
              <w:top w:w="34" w:type="dxa"/>
              <w:left w:w="55" w:type="dxa"/>
              <w:bottom w:w="34" w:type="dxa"/>
              <w:right w:w="55" w:type="dxa"/>
            </w:tcMar>
            <w:vAlign w:val="center"/>
          </w:tcPr>
          <w:p w14:paraId="5838DADF" w14:textId="77777777" w:rsidR="007F479A" w:rsidRDefault="00000000">
            <w:pPr>
              <w:keepLines/>
              <w:spacing w:after="0"/>
            </w:pPr>
            <w:r>
              <w:rPr>
                <w:b/>
                <w:color w:val="34383B"/>
                <w:sz w:val="15"/>
              </w:rPr>
              <w:t>23 Mar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D9D4CD"/>
              <w:right w:val="nil"/>
            </w:tcBorders>
            <w:tcMar>
              <w:top w:w="34" w:type="dxa"/>
              <w:left w:w="55" w:type="dxa"/>
              <w:bottom w:w="34" w:type="dxa"/>
              <w:right w:w="55" w:type="dxa"/>
            </w:tcMar>
            <w:vAlign w:val="center"/>
          </w:tcPr>
          <w:p w14:paraId="183185C4" w14:textId="77777777" w:rsidR="007F479A" w:rsidRDefault="00000000">
            <w:pPr>
              <w:keepLines/>
              <w:spacing w:after="0"/>
            </w:pPr>
            <w:r>
              <w:rPr>
                <w:b/>
                <w:color w:val="34383B"/>
                <w:sz w:val="15"/>
              </w:rPr>
              <w:t>Members Projects</w:t>
            </w:r>
          </w:p>
        </w:tc>
        <w:tc>
          <w:tcPr>
            <w:tcW w:w="7416" w:type="dxa"/>
            <w:tcBorders>
              <w:top w:val="nil"/>
              <w:left w:val="nil"/>
              <w:bottom w:val="single" w:sz="4" w:space="0" w:color="D9D4CD"/>
              <w:right w:val="nil"/>
            </w:tcBorders>
            <w:tcMar>
              <w:top w:w="34" w:type="dxa"/>
              <w:left w:w="55" w:type="dxa"/>
              <w:bottom w:w="34" w:type="dxa"/>
              <w:right w:w="55" w:type="dxa"/>
            </w:tcMar>
            <w:vAlign w:val="center"/>
          </w:tcPr>
          <w:p w14:paraId="3EE56122" w14:textId="77777777" w:rsidR="007F479A" w:rsidRDefault="007F479A">
            <w:pPr>
              <w:keepLines/>
              <w:spacing w:after="0"/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D9D4CD"/>
              <w:right w:val="nil"/>
            </w:tcBorders>
            <w:tcMar>
              <w:top w:w="34" w:type="dxa"/>
              <w:left w:w="55" w:type="dxa"/>
              <w:bottom w:w="34" w:type="dxa"/>
              <w:right w:w="55" w:type="dxa"/>
            </w:tcMar>
            <w:vAlign w:val="center"/>
          </w:tcPr>
          <w:p w14:paraId="00CC2049" w14:textId="77777777" w:rsidR="007F479A" w:rsidRDefault="007F479A">
            <w:pPr>
              <w:keepLines/>
              <w:spacing w:after="0"/>
            </w:pPr>
          </w:p>
        </w:tc>
      </w:tr>
      <w:tr w:rsidR="007F479A" w14:paraId="43B13A18" w14:textId="77777777">
        <w:trPr>
          <w:cantSplit/>
          <w:jc w:val="center"/>
        </w:trPr>
        <w:tc>
          <w:tcPr>
            <w:tcW w:w="1080" w:type="dxa"/>
            <w:tcBorders>
              <w:top w:val="nil"/>
              <w:left w:val="nil"/>
              <w:bottom w:val="single" w:sz="4" w:space="0" w:color="D9D4CD"/>
              <w:right w:val="nil"/>
            </w:tcBorders>
            <w:tcMar>
              <w:top w:w="34" w:type="dxa"/>
              <w:left w:w="55" w:type="dxa"/>
              <w:bottom w:w="34" w:type="dxa"/>
              <w:right w:w="55" w:type="dxa"/>
            </w:tcMar>
            <w:vAlign w:val="center"/>
          </w:tcPr>
          <w:p w14:paraId="26CF771C" w14:textId="77777777" w:rsidR="007F479A" w:rsidRDefault="00000000">
            <w:pPr>
              <w:keepLines/>
              <w:spacing w:after="0"/>
            </w:pPr>
            <w:r>
              <w:rPr>
                <w:b/>
                <w:color w:val="34383B"/>
                <w:sz w:val="15"/>
              </w:rPr>
              <w:t>30 Mar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D9D4CD"/>
              <w:right w:val="nil"/>
            </w:tcBorders>
            <w:tcMar>
              <w:top w:w="34" w:type="dxa"/>
              <w:left w:w="55" w:type="dxa"/>
              <w:bottom w:w="34" w:type="dxa"/>
              <w:right w:w="55" w:type="dxa"/>
            </w:tcMar>
            <w:vAlign w:val="center"/>
          </w:tcPr>
          <w:p w14:paraId="001922B6" w14:textId="77777777" w:rsidR="007F479A" w:rsidRDefault="00000000">
            <w:pPr>
              <w:keepLines/>
              <w:spacing w:after="0"/>
            </w:pPr>
            <w:r>
              <w:rPr>
                <w:b/>
                <w:color w:val="34383B"/>
                <w:sz w:val="15"/>
              </w:rPr>
              <w:t>AGM 2026–27</w:t>
            </w:r>
          </w:p>
        </w:tc>
        <w:tc>
          <w:tcPr>
            <w:tcW w:w="7416" w:type="dxa"/>
            <w:tcBorders>
              <w:top w:val="nil"/>
              <w:left w:val="nil"/>
              <w:bottom w:val="single" w:sz="4" w:space="0" w:color="D9D4CD"/>
              <w:right w:val="nil"/>
            </w:tcBorders>
            <w:tcMar>
              <w:top w:w="34" w:type="dxa"/>
              <w:left w:w="55" w:type="dxa"/>
              <w:bottom w:w="34" w:type="dxa"/>
              <w:right w:w="55" w:type="dxa"/>
            </w:tcMar>
            <w:vAlign w:val="center"/>
          </w:tcPr>
          <w:p w14:paraId="5F555E6B" w14:textId="77777777" w:rsidR="007F479A" w:rsidRDefault="00000000">
            <w:pPr>
              <w:keepLines/>
              <w:spacing w:after="0"/>
            </w:pPr>
            <w:r>
              <w:rPr>
                <w:color w:val="34383B"/>
                <w:sz w:val="15"/>
              </w:rPr>
              <w:t>AGM &amp; prize-giving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D9D4CD"/>
              <w:right w:val="nil"/>
            </w:tcBorders>
            <w:tcMar>
              <w:top w:w="34" w:type="dxa"/>
              <w:left w:w="55" w:type="dxa"/>
              <w:bottom w:w="34" w:type="dxa"/>
              <w:right w:w="55" w:type="dxa"/>
            </w:tcMar>
            <w:vAlign w:val="center"/>
          </w:tcPr>
          <w:p w14:paraId="69141D34" w14:textId="77777777" w:rsidR="007F479A" w:rsidRDefault="007F479A">
            <w:pPr>
              <w:keepLines/>
              <w:spacing w:after="0"/>
            </w:pPr>
          </w:p>
        </w:tc>
      </w:tr>
      <w:tr w:rsidR="007F479A" w14:paraId="239BC3A9" w14:textId="77777777">
        <w:trPr>
          <w:cantSplit/>
          <w:jc w:val="center"/>
        </w:trPr>
        <w:tc>
          <w:tcPr>
            <w:tcW w:w="14256" w:type="dxa"/>
            <w:gridSpan w:val="4"/>
            <w:tcBorders>
              <w:top w:val="nil"/>
              <w:left w:val="nil"/>
              <w:bottom w:val="single" w:sz="0" w:space="0" w:color="F2E6D2"/>
              <w:right w:val="nil"/>
            </w:tcBorders>
            <w:shd w:val="clear" w:color="auto" w:fill="F2E6D2"/>
            <w:tcMar>
              <w:top w:w="20" w:type="dxa"/>
              <w:left w:w="55" w:type="dxa"/>
              <w:bottom w:w="20" w:type="dxa"/>
              <w:right w:w="55" w:type="dxa"/>
            </w:tcMar>
          </w:tcPr>
          <w:p w14:paraId="010E7B45" w14:textId="77777777" w:rsidR="007F479A" w:rsidRDefault="00000000">
            <w:pPr>
              <w:spacing w:after="0"/>
            </w:pPr>
            <w:r>
              <w:rPr>
                <w:b/>
                <w:color w:val="B7833D"/>
                <w:sz w:val="14"/>
              </w:rPr>
              <w:t>APRIL / MAY</w:t>
            </w:r>
          </w:p>
        </w:tc>
      </w:tr>
      <w:tr w:rsidR="007F479A" w14:paraId="00722E39" w14:textId="77777777">
        <w:trPr>
          <w:cantSplit/>
          <w:jc w:val="center"/>
        </w:trPr>
        <w:tc>
          <w:tcPr>
            <w:tcW w:w="1080" w:type="dxa"/>
            <w:tcBorders>
              <w:top w:val="nil"/>
              <w:left w:val="nil"/>
              <w:bottom w:val="single" w:sz="4" w:space="0" w:color="D9D4CD"/>
              <w:right w:val="nil"/>
            </w:tcBorders>
            <w:tcMar>
              <w:top w:w="34" w:type="dxa"/>
              <w:left w:w="55" w:type="dxa"/>
              <w:bottom w:w="34" w:type="dxa"/>
              <w:right w:w="55" w:type="dxa"/>
            </w:tcMar>
            <w:vAlign w:val="center"/>
          </w:tcPr>
          <w:p w14:paraId="29ADE9B6" w14:textId="77777777" w:rsidR="007F479A" w:rsidRDefault="00000000">
            <w:pPr>
              <w:keepLines/>
              <w:spacing w:after="0"/>
            </w:pPr>
            <w:r>
              <w:rPr>
                <w:b/>
                <w:color w:val="34383B"/>
                <w:sz w:val="15"/>
              </w:rPr>
              <w:t>3 / 10 Apr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D9D4CD"/>
              <w:right w:val="nil"/>
            </w:tcBorders>
            <w:tcMar>
              <w:top w:w="34" w:type="dxa"/>
              <w:left w:w="55" w:type="dxa"/>
              <w:bottom w:w="34" w:type="dxa"/>
              <w:right w:w="55" w:type="dxa"/>
            </w:tcMar>
            <w:vAlign w:val="center"/>
          </w:tcPr>
          <w:p w14:paraId="0FEBBCC1" w14:textId="77777777" w:rsidR="007F479A" w:rsidRDefault="00000000">
            <w:pPr>
              <w:keepLines/>
              <w:spacing w:after="0"/>
            </w:pPr>
            <w:r>
              <w:rPr>
                <w:b/>
                <w:color w:val="34383B"/>
                <w:sz w:val="15"/>
              </w:rPr>
              <w:t>Scavenger Hunt</w:t>
            </w:r>
          </w:p>
        </w:tc>
        <w:tc>
          <w:tcPr>
            <w:tcW w:w="7416" w:type="dxa"/>
            <w:tcBorders>
              <w:top w:val="nil"/>
              <w:left w:val="nil"/>
              <w:bottom w:val="single" w:sz="4" w:space="0" w:color="D9D4CD"/>
              <w:right w:val="nil"/>
            </w:tcBorders>
            <w:tcMar>
              <w:top w:w="34" w:type="dxa"/>
              <w:left w:w="55" w:type="dxa"/>
              <w:bottom w:w="34" w:type="dxa"/>
              <w:right w:w="55" w:type="dxa"/>
            </w:tcMar>
            <w:vAlign w:val="center"/>
          </w:tcPr>
          <w:p w14:paraId="61B4FAD6" w14:textId="77777777" w:rsidR="007F479A" w:rsidRDefault="00000000">
            <w:pPr>
              <w:keepLines/>
              <w:spacing w:after="0"/>
            </w:pPr>
            <w:r>
              <w:rPr>
                <w:color w:val="34383B"/>
                <w:sz w:val="15"/>
              </w:rPr>
              <w:t>Date TBC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D9D4CD"/>
              <w:right w:val="nil"/>
            </w:tcBorders>
            <w:tcMar>
              <w:top w:w="34" w:type="dxa"/>
              <w:left w:w="55" w:type="dxa"/>
              <w:bottom w:w="34" w:type="dxa"/>
              <w:right w:w="55" w:type="dxa"/>
            </w:tcMar>
            <w:vAlign w:val="center"/>
          </w:tcPr>
          <w:p w14:paraId="7707C735" w14:textId="77777777" w:rsidR="007F479A" w:rsidRDefault="007F479A">
            <w:pPr>
              <w:keepLines/>
              <w:spacing w:after="0"/>
            </w:pPr>
          </w:p>
        </w:tc>
      </w:tr>
      <w:tr w:rsidR="007F479A" w14:paraId="2ADA51BD" w14:textId="77777777">
        <w:trPr>
          <w:cantSplit/>
          <w:jc w:val="center"/>
        </w:trPr>
        <w:tc>
          <w:tcPr>
            <w:tcW w:w="1080" w:type="dxa"/>
            <w:tcBorders>
              <w:top w:val="nil"/>
              <w:left w:val="nil"/>
              <w:bottom w:val="single" w:sz="4" w:space="0" w:color="D9D4CD"/>
              <w:right w:val="nil"/>
            </w:tcBorders>
            <w:tcMar>
              <w:top w:w="34" w:type="dxa"/>
              <w:left w:w="55" w:type="dxa"/>
              <w:bottom w:w="34" w:type="dxa"/>
              <w:right w:w="55" w:type="dxa"/>
            </w:tcMar>
            <w:vAlign w:val="center"/>
          </w:tcPr>
          <w:p w14:paraId="3763FED3" w14:textId="77777777" w:rsidR="007F479A" w:rsidRDefault="00000000">
            <w:pPr>
              <w:keepLines/>
              <w:spacing w:after="0"/>
            </w:pPr>
            <w:r>
              <w:rPr>
                <w:b/>
                <w:color w:val="34383B"/>
                <w:sz w:val="15"/>
              </w:rPr>
              <w:t>11 May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D9D4CD"/>
              <w:right w:val="nil"/>
            </w:tcBorders>
            <w:tcMar>
              <w:top w:w="34" w:type="dxa"/>
              <w:left w:w="55" w:type="dxa"/>
              <w:bottom w:w="34" w:type="dxa"/>
              <w:right w:w="55" w:type="dxa"/>
            </w:tcMar>
            <w:vAlign w:val="center"/>
          </w:tcPr>
          <w:p w14:paraId="1233AE63" w14:textId="77777777" w:rsidR="007F479A" w:rsidRDefault="00000000">
            <w:pPr>
              <w:keepLines/>
              <w:spacing w:after="0"/>
            </w:pPr>
            <w:r>
              <w:rPr>
                <w:b/>
                <w:color w:val="34383B"/>
                <w:sz w:val="15"/>
              </w:rPr>
              <w:t>Exhibition Mounting</w:t>
            </w:r>
          </w:p>
        </w:tc>
        <w:tc>
          <w:tcPr>
            <w:tcW w:w="7416" w:type="dxa"/>
            <w:tcBorders>
              <w:top w:val="nil"/>
              <w:left w:val="nil"/>
              <w:bottom w:val="single" w:sz="4" w:space="0" w:color="D9D4CD"/>
              <w:right w:val="nil"/>
            </w:tcBorders>
            <w:tcMar>
              <w:top w:w="34" w:type="dxa"/>
              <w:left w:w="55" w:type="dxa"/>
              <w:bottom w:w="34" w:type="dxa"/>
              <w:right w:w="55" w:type="dxa"/>
            </w:tcMar>
            <w:vAlign w:val="center"/>
          </w:tcPr>
          <w:p w14:paraId="63B5C0B6" w14:textId="77777777" w:rsidR="007F479A" w:rsidRDefault="00000000">
            <w:pPr>
              <w:keepLines/>
              <w:spacing w:after="0"/>
            </w:pPr>
            <w:r>
              <w:rPr>
                <w:color w:val="34383B"/>
                <w:sz w:val="15"/>
              </w:rPr>
              <w:t>TBC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D9D4CD"/>
              <w:right w:val="nil"/>
            </w:tcBorders>
            <w:tcMar>
              <w:top w:w="34" w:type="dxa"/>
              <w:left w:w="55" w:type="dxa"/>
              <w:bottom w:w="34" w:type="dxa"/>
              <w:right w:w="55" w:type="dxa"/>
            </w:tcMar>
            <w:vAlign w:val="center"/>
          </w:tcPr>
          <w:p w14:paraId="4EAF0186" w14:textId="77777777" w:rsidR="007F479A" w:rsidRDefault="007F479A">
            <w:pPr>
              <w:keepLines/>
              <w:spacing w:after="0"/>
            </w:pPr>
          </w:p>
        </w:tc>
      </w:tr>
      <w:tr w:rsidR="007F479A" w14:paraId="6B773C5E" w14:textId="77777777">
        <w:trPr>
          <w:cantSplit/>
          <w:jc w:val="center"/>
        </w:trPr>
        <w:tc>
          <w:tcPr>
            <w:tcW w:w="1080" w:type="dxa"/>
            <w:tcBorders>
              <w:top w:val="nil"/>
              <w:left w:val="nil"/>
              <w:bottom w:val="single" w:sz="4" w:space="0" w:color="D9D4CD"/>
              <w:right w:val="nil"/>
            </w:tcBorders>
            <w:tcMar>
              <w:top w:w="34" w:type="dxa"/>
              <w:left w:w="55" w:type="dxa"/>
              <w:bottom w:w="34" w:type="dxa"/>
              <w:right w:w="55" w:type="dxa"/>
            </w:tcMar>
            <w:vAlign w:val="center"/>
          </w:tcPr>
          <w:p w14:paraId="147E9442" w14:textId="77777777" w:rsidR="007F479A" w:rsidRDefault="00000000">
            <w:pPr>
              <w:keepLines/>
              <w:spacing w:after="0"/>
            </w:pPr>
            <w:r>
              <w:rPr>
                <w:b/>
                <w:color w:val="34383B"/>
                <w:sz w:val="15"/>
              </w:rPr>
              <w:t>18 May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D9D4CD"/>
              <w:right w:val="nil"/>
            </w:tcBorders>
            <w:tcMar>
              <w:top w:w="34" w:type="dxa"/>
              <w:left w:w="55" w:type="dxa"/>
              <w:bottom w:w="34" w:type="dxa"/>
              <w:right w:w="55" w:type="dxa"/>
            </w:tcMar>
            <w:vAlign w:val="center"/>
          </w:tcPr>
          <w:p w14:paraId="570A5E39" w14:textId="77777777" w:rsidR="007F479A" w:rsidRDefault="00000000">
            <w:pPr>
              <w:keepLines/>
              <w:spacing w:after="0"/>
            </w:pPr>
            <w:r>
              <w:rPr>
                <w:b/>
                <w:color w:val="34383B"/>
                <w:sz w:val="15"/>
              </w:rPr>
              <w:t>Exhibition Mounting</w:t>
            </w:r>
          </w:p>
        </w:tc>
        <w:tc>
          <w:tcPr>
            <w:tcW w:w="7416" w:type="dxa"/>
            <w:tcBorders>
              <w:top w:val="nil"/>
              <w:left w:val="nil"/>
              <w:bottom w:val="single" w:sz="4" w:space="0" w:color="D9D4CD"/>
              <w:right w:val="nil"/>
            </w:tcBorders>
            <w:tcMar>
              <w:top w:w="34" w:type="dxa"/>
              <w:left w:w="55" w:type="dxa"/>
              <w:bottom w:w="34" w:type="dxa"/>
              <w:right w:w="55" w:type="dxa"/>
            </w:tcMar>
            <w:vAlign w:val="center"/>
          </w:tcPr>
          <w:p w14:paraId="43CD9E07" w14:textId="77777777" w:rsidR="007F479A" w:rsidRDefault="007F479A">
            <w:pPr>
              <w:keepLines/>
              <w:spacing w:after="0"/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D9D4CD"/>
              <w:right w:val="nil"/>
            </w:tcBorders>
            <w:tcMar>
              <w:top w:w="34" w:type="dxa"/>
              <w:left w:w="55" w:type="dxa"/>
              <w:bottom w:w="34" w:type="dxa"/>
              <w:right w:w="55" w:type="dxa"/>
            </w:tcMar>
            <w:vAlign w:val="center"/>
          </w:tcPr>
          <w:p w14:paraId="42344CE8" w14:textId="77777777" w:rsidR="007F479A" w:rsidRDefault="007F479A">
            <w:pPr>
              <w:keepLines/>
              <w:spacing w:after="0"/>
            </w:pPr>
          </w:p>
        </w:tc>
      </w:tr>
    </w:tbl>
    <w:p w14:paraId="5853C50D" w14:textId="77777777" w:rsidR="007F479A" w:rsidRDefault="00000000">
      <w:pPr>
        <w:spacing w:before="80" w:after="0"/>
      </w:pPr>
      <w:r>
        <w:rPr>
          <w:b/>
          <w:color w:val="B7833D"/>
        </w:rPr>
        <w:t>SUMMER PROGRAMME 2027</w:t>
      </w:r>
      <w:r>
        <w:rPr>
          <w:b/>
          <w:color w:val="34383B"/>
          <w:sz w:val="15"/>
        </w:rPr>
        <w:t xml:space="preserve">   Tuesdays, 7pm–9pm</w:t>
      </w:r>
    </w:p>
    <w:p w14:paraId="20BB7AF0" w14:textId="77777777" w:rsidR="007F479A" w:rsidRDefault="00000000">
      <w:pPr>
        <w:spacing w:before="20" w:after="0"/>
      </w:pPr>
      <w:r>
        <w:rPr>
          <w:color w:val="34383B"/>
          <w:sz w:val="14"/>
        </w:rPr>
        <w:t>July: 6, 13, 20, 27 July      August: 3, 10, 17, 24, 31 August      Locations: to be confirmed      Plans so far: Stobshiel House – Fran</w:t>
      </w:r>
    </w:p>
    <w:sectPr w:rsidR="007F479A" w:rsidSect="00034616">
      <w:footerReference w:type="default" r:id="rId8"/>
      <w:pgSz w:w="15840" w:h="12240" w:orient="landscape"/>
      <w:pgMar w:top="648" w:right="792" w:bottom="648" w:left="79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D40ED5A" w14:textId="77777777" w:rsidR="006F6D0C" w:rsidRDefault="006F6D0C">
      <w:pPr>
        <w:spacing w:after="0" w:line="240" w:lineRule="auto"/>
      </w:pPr>
      <w:r>
        <w:separator/>
      </w:r>
    </w:p>
  </w:endnote>
  <w:endnote w:type="continuationSeparator" w:id="0">
    <w:p w14:paraId="3760E152" w14:textId="77777777" w:rsidR="006F6D0C" w:rsidRDefault="006F6D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76CA54F" w14:textId="77777777" w:rsidR="007F479A" w:rsidRDefault="00000000">
    <w:pPr>
      <w:pStyle w:val="Footer"/>
      <w:jc w:val="center"/>
    </w:pPr>
    <w:r>
      <w:rPr>
        <w:color w:val="8A8A8A"/>
        <w:sz w:val="13"/>
      </w:rPr>
      <w:t xml:space="preserve">Haddington Camera Club  •  </w:t>
    </w:r>
    <w:proofErr w:type="spellStart"/>
    <w:r>
      <w:rPr>
        <w:color w:val="8A8A8A"/>
        <w:sz w:val="13"/>
      </w:rPr>
      <w:t>Programme</w:t>
    </w:r>
    <w:proofErr w:type="spellEnd"/>
    <w:r>
      <w:rPr>
        <w:color w:val="8A8A8A"/>
        <w:sz w:val="13"/>
      </w:rPr>
      <w:t xml:space="preserve"> 2026–27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67B7670" w14:textId="77777777" w:rsidR="006F6D0C" w:rsidRDefault="006F6D0C">
      <w:pPr>
        <w:spacing w:after="0" w:line="240" w:lineRule="auto"/>
      </w:pPr>
      <w:r>
        <w:separator/>
      </w:r>
    </w:p>
  </w:footnote>
  <w:footnote w:type="continuationSeparator" w:id="0">
    <w:p w14:paraId="63463DF8" w14:textId="77777777" w:rsidR="006F6D0C" w:rsidRDefault="006F6D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3656272">
    <w:abstractNumId w:val="8"/>
  </w:num>
  <w:num w:numId="2" w16cid:durableId="862208113">
    <w:abstractNumId w:val="6"/>
  </w:num>
  <w:num w:numId="3" w16cid:durableId="733820432">
    <w:abstractNumId w:val="5"/>
  </w:num>
  <w:num w:numId="4" w16cid:durableId="187179874">
    <w:abstractNumId w:val="4"/>
  </w:num>
  <w:num w:numId="5" w16cid:durableId="89157628">
    <w:abstractNumId w:val="7"/>
  </w:num>
  <w:num w:numId="6" w16cid:durableId="1907688612">
    <w:abstractNumId w:val="3"/>
  </w:num>
  <w:num w:numId="7" w16cid:durableId="402485304">
    <w:abstractNumId w:val="2"/>
  </w:num>
  <w:num w:numId="8" w16cid:durableId="113646188">
    <w:abstractNumId w:val="1"/>
  </w:num>
  <w:num w:numId="9" w16cid:durableId="1027634377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6F6D0C"/>
    <w:rsid w:val="00753721"/>
    <w:rsid w:val="007645EC"/>
    <w:rsid w:val="007F479A"/>
    <w:rsid w:val="00AA1D8D"/>
    <w:rsid w:val="00B47730"/>
    <w:rsid w:val="00B55E13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2AD11BD"/>
  <w14:defaultImageDpi w14:val="300"/>
  <w15:docId w15:val="{DE22FD02-CCE2-FA4C-AA97-3B03240A7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  <w:sz w:val="16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463</Words>
  <Characters>2644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3101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Haddington Camera Club Programme 2026–27</dc:title>
  <dc:subject>Club programme September 2026 to August 2027</dc:subject>
  <dc:creator>Haddington Camera Club</dc:creator>
  <cp:keywords/>
  <dc:description>generated by python-docx</dc:description>
  <cp:lastModifiedBy>Andy Coulson</cp:lastModifiedBy>
  <cp:revision>2</cp:revision>
  <dcterms:created xsi:type="dcterms:W3CDTF">2026-09-01T12:10:00Z</dcterms:created>
  <dcterms:modified xsi:type="dcterms:W3CDTF">2026-09-01T12:10:00Z</dcterms:modified>
  <cp:category/>
</cp:coreProperties>
</file>